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ackground w:color="e9fff7">
    <v:background id="_x0000_s1025" o:bwmode="white" o:targetscreensize="1024,768" filled="t" fillcolor="#e9fff7"/>
  </w:background>
  <w:body>
    <w:p>
      <w:pPr>
        <w:jc w:val="center"/>
        <w:rPr>
          <w:b/>
          <w:color w:val="000000"/>
          <w:sz w:val="48"/>
        </w:rPr>
      </w:pPr>
      <w:r>
        <w:rPr>
          <w:noProof/>
        </w:rPr>
        <w:drawing>
          <wp:anchor distT="0" distB="0" distL="114300" distR="114300" behindDoc="1" locked="0" layoutInCell="1" simplePos="0" relativeHeight="251658240" allowOverlap="1" hidden="0">
            <wp:simplePos x="0" y="0"/>
            <wp:positionH relativeFrom="column">
              <wp:posOffset>390525</wp:posOffset>
            </wp:positionH>
            <wp:positionV relativeFrom="paragraph">
              <wp:posOffset>0</wp:posOffset>
            </wp:positionV>
            <wp:extent cx="1114425" cy="1114425"/>
            <wp:effectExtent l="0" t="0" r="0" b="0"/>
            <wp:wrapNone/>
            <wp:docPr id="1026" name="shape1026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color w:val="000000"/>
          <w:sz w:val="48"/>
        </w:rPr>
        <w:t xml:space="preserve">          </w:t>
      </w:r>
      <w:r>
        <w:rPr>
          <w:b/>
          <w:color w:val="000000"/>
          <w:sz w:val="48"/>
        </w:rPr>
        <w:t>HEALING IN KOREA ITINERARY</w:t>
      </w:r>
    </w:p>
    <w:p>
      <w:pPr>
        <w:jc w:val="center"/>
        <w:rPr>
          <w:color w:val="000000"/>
          <w:sz w:val="24"/>
        </w:rPr>
      </w:pPr>
      <w:r>
        <w:rPr>
          <w:color w:val="000000"/>
          <w:sz w:val="24"/>
        </w:rPr>
        <w:t>Make Your Memory in Korea</w:t>
      </w:r>
    </w:p>
    <w:p/>
    <w:p>
      <w:pPr>
        <w:rPr>
          <w:lang w:eastAsia="ko-KR"/>
          <w:rFonts w:hint="eastAsia"/>
          <w:sz w:val="24"/>
          <w:szCs w:val="24"/>
          <w:rtl w:val="off"/>
        </w:rPr>
      </w:pPr>
    </w:p>
    <w:tbl>
      <w:tblPr>
        <w:tblW w:w="0" w:type="auto"/>
        <w:tblLook w:val="04A0" w:firstRow="1" w:lastRow="0" w:firstColumn="1" w:lastColumn="0" w:noHBand="0" w:noVBand="1"/>
        <w:jc w:val="center"/>
      </w:tblPr>
      <w:tblGrid>
        <w:gridCol w:w="1119"/>
        <w:gridCol w:w="1418"/>
        <w:gridCol w:w="5050"/>
        <w:gridCol w:w="1045"/>
        <w:gridCol w:w="1172"/>
        <w:gridCol w:w="32"/>
      </w:tblGrid>
      <w:tr>
        <w:trPr>
          <w:gridAfter w:val="1"/>
          <w:wAfter w:w="32" w:type="dxa"/>
          <w:jc w:val="center"/>
        </w:trPr>
        <w:tc>
          <w:tcPr>
            <w:tcW w:w="1119" w:type="dxa"/>
            <w:tcBorders>
              <w:top w:val="single" w:sz="12" w:space="0" w:color="4BACC6" w:themeColor="accent5"/>
              <w:left w:val="single" w:sz="12" w:space="0" w:color="4BACC6" w:themeColor="accent5"/>
              <w:bottom w:val="double" w:sz="12" w:space="0" w:color="4BACC6" w:themeColor="accent5"/>
              <w:right w:val="single" w:sz="12" w:space="0" w:color="4BACC6" w:themeColor="accent5"/>
            </w:tcBorders>
          </w:tcPr>
          <w:p>
            <w:pPr>
              <w:jc w:val="center"/>
              <w:rPr>
                <w:lang w:eastAsia="ko-KR"/>
                <w:rFonts w:eastAsia="맑은 고딕"/>
                <w:b/>
                <w:bCs/>
              </w:rPr>
            </w:pPr>
            <w:r>
              <w:rPr>
                <w:lang w:eastAsia="ko-KR"/>
                <w:rFonts w:eastAsia="맑은 고딕"/>
                <w:b/>
                <w:bCs/>
                <w:rtl w:val="off"/>
              </w:rPr>
              <w:t>D</w:t>
            </w:r>
            <w:r>
              <w:rPr>
                <w:lang w:eastAsia="ko-KR"/>
                <w:rFonts w:eastAsia="맑은 고딕"/>
                <w:b/>
                <w:bCs/>
              </w:rPr>
              <w:t>AY</w:t>
            </w:r>
          </w:p>
        </w:tc>
        <w:tc>
          <w:tcPr>
            <w:tcW w:w="1418" w:type="dxa"/>
            <w:tcBorders>
              <w:top w:val="single" w:sz="12" w:space="0" w:color="4BACC6" w:themeColor="accent5"/>
              <w:left w:val="single" w:sz="12" w:space="0" w:color="4BACC6" w:themeColor="accent5"/>
              <w:bottom w:val="double" w:sz="12" w:space="0" w:color="4BACC6" w:themeColor="accent5"/>
              <w:right w:val="single" w:sz="12" w:space="0" w:color="4BACC6" w:themeColor="accent5"/>
            </w:tcBorders>
          </w:tcPr>
          <w:p>
            <w:pPr>
              <w:jc w:val="center"/>
              <w:rPr>
                <w:lang w:eastAsia="ko-KR"/>
                <w:rFonts w:eastAsia="맑은 고딕"/>
                <w:b/>
                <w:bCs/>
              </w:rPr>
            </w:pPr>
            <w:r>
              <w:rPr>
                <w:lang w:eastAsia="ko-KR"/>
                <w:rFonts w:eastAsia="맑은 고딕" w:hint="eastAsia"/>
                <w:b/>
                <w:bCs/>
              </w:rPr>
              <w:t>C</w:t>
            </w:r>
            <w:r>
              <w:rPr>
                <w:lang w:eastAsia="ko-KR"/>
                <w:rFonts w:eastAsia="맑은 고딕"/>
                <w:b/>
                <w:bCs/>
              </w:rPr>
              <w:t>ITY</w:t>
            </w:r>
          </w:p>
        </w:tc>
        <w:tc>
          <w:tcPr>
            <w:tcW w:w="6095" w:type="dxa"/>
            <w:gridSpan w:val="2"/>
            <w:tcBorders>
              <w:top w:val="single" w:sz="12" w:space="0" w:color="4BACC6" w:themeColor="accent5"/>
              <w:left w:val="single" w:sz="12" w:space="0" w:color="4BACC6" w:themeColor="accent5"/>
              <w:bottom w:val="double" w:sz="12" w:space="0" w:color="4BACC6" w:themeColor="accent5"/>
              <w:right w:val="single" w:sz="12" w:space="0" w:color="4BACC6" w:themeColor="accent5"/>
            </w:tcBorders>
          </w:tcPr>
          <w:p>
            <w:pPr>
              <w:jc w:val="center"/>
              <w:rPr>
                <w:lang w:eastAsia="ko-KR"/>
                <w:rFonts w:eastAsia="맑은 고딕"/>
                <w:b/>
                <w:bCs/>
              </w:rPr>
            </w:pPr>
            <w:r>
              <w:rPr>
                <w:lang w:eastAsia="ko-KR"/>
                <w:rFonts w:eastAsia="맑은 고딕" w:hint="eastAsia"/>
                <w:b/>
                <w:bCs/>
              </w:rPr>
              <w:t>T</w:t>
            </w:r>
            <w:r>
              <w:rPr>
                <w:lang w:eastAsia="ko-KR"/>
                <w:rFonts w:eastAsia="맑은 고딕"/>
                <w:b/>
                <w:bCs/>
              </w:rPr>
              <w:t>OUR ACITIVITY</w:t>
            </w:r>
          </w:p>
        </w:tc>
        <w:tc>
          <w:tcPr>
            <w:tcW w:w="1172" w:type="dxa"/>
            <w:tcBorders>
              <w:top w:val="single" w:sz="12" w:space="0" w:color="4BACC6" w:themeColor="accent5"/>
              <w:left w:val="single" w:sz="12" w:space="0" w:color="4BACC6" w:themeColor="accent5"/>
              <w:bottom w:val="double" w:sz="12" w:space="0" w:color="4BACC6" w:themeColor="accent5"/>
              <w:right w:val="single" w:sz="12" w:space="0" w:color="4BACC6" w:themeColor="accent5"/>
            </w:tcBorders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Meals</w:t>
            </w:r>
          </w:p>
        </w:tc>
      </w:tr>
      <w:tr>
        <w:trPr>
          <w:gridAfter w:val="1"/>
          <w:wAfter w:w="32" w:type="dxa"/>
          <w:jc w:val="center"/>
          <w:trHeight w:val="1095" w:hRule="atLeast"/>
        </w:trPr>
        <w:tc>
          <w:tcPr>
            <w:tcW w:w="1119" w:type="dxa"/>
            <w:tcBorders>
              <w:top w:val="double" w:sz="12" w:space="0" w:color="4BACC6" w:themeColor="accent5"/>
              <w:left w:val="single" w:sz="12" w:space="0" w:color="4BACC6" w:themeColor="accent5"/>
              <w:bottom w:val="single" w:sz="12" w:space="0" w:color="4BACC6" w:themeColor="accent5"/>
              <w:right w:val="single" w:sz="12" w:space="0" w:color="4BACC6" w:themeColor="accent5"/>
            </w:tcBorders>
          </w:tcPr>
          <w:p>
            <w:pPr>
              <w:jc w:val="center"/>
              <w:rPr>
                <w:lang w:eastAsia="ko-KR"/>
                <w:rFonts w:eastAsia="맑은 고딕"/>
              </w:rPr>
            </w:pPr>
            <w:r>
              <w:rPr>
                <w:lang w:eastAsia="ko-KR"/>
                <w:rFonts w:eastAsia="맑은 고딕"/>
              </w:rPr>
              <w:t>DAY 1</w:t>
            </w:r>
          </w:p>
        </w:tc>
        <w:tc>
          <w:tcPr>
            <w:tcW w:w="1418" w:type="dxa"/>
            <w:tcBorders>
              <w:top w:val="double" w:sz="12" w:space="0" w:color="4BACC6" w:themeColor="accent5"/>
              <w:left w:val="single" w:sz="12" w:space="0" w:color="4BACC6" w:themeColor="accent5"/>
              <w:bottom w:val="single" w:sz="12" w:space="0" w:color="4BACC6" w:themeColor="accent5"/>
              <w:right w:val="single" w:sz="12" w:space="0" w:color="4BACC6" w:themeColor="accent5"/>
            </w:tcBorders>
          </w:tcPr>
          <w:p>
            <w:pPr>
              <w:jc w:val="center"/>
              <w:rPr>
                <w:lang w:eastAsia="ko-KR"/>
                <w:rFonts w:eastAsia="맑은 고딕"/>
              </w:rPr>
            </w:pPr>
            <w:r>
              <w:rPr>
                <w:lang w:eastAsia="ko-KR"/>
                <w:rFonts w:eastAsia="맑은 고딕"/>
                <w:rtl w:val="off"/>
              </w:rPr>
              <w:t>SEOUL</w:t>
            </w:r>
          </w:p>
          <w:p>
            <w:pPr>
              <w:jc w:val="center"/>
              <w:rPr>
                <w:lang w:eastAsia="ko-KR"/>
                <w:rFonts w:eastAsia="맑은 고딕"/>
              </w:rPr>
            </w:pPr>
            <w:r>
              <w:rPr>
                <w:lang w:eastAsia="ko-KR"/>
                <w:rFonts w:eastAsia="맑은 고딕"/>
                <w:rtl w:val="off"/>
              </w:rPr>
              <w:t>PAJU</w:t>
            </w:r>
          </w:p>
          <w:p>
            <w:pPr>
              <w:jc w:val="center"/>
              <w:rPr>
                <w:lang w:eastAsia="ko-KR"/>
                <w:rFonts w:eastAsia="맑은 고딕"/>
              </w:rPr>
            </w:pPr>
          </w:p>
        </w:tc>
        <w:tc>
          <w:tcPr>
            <w:tcW w:w="6095" w:type="dxa"/>
            <w:gridSpan w:val="2"/>
            <w:tcBorders>
              <w:top w:val="double" w:sz="12" w:space="0" w:color="4BACC6" w:themeColor="accent5"/>
              <w:left w:val="single" w:sz="12" w:space="0" w:color="4BACC6" w:themeColor="accent5"/>
              <w:bottom w:val="single" w:sz="12" w:space="0" w:color="4BACC6" w:themeColor="accent5"/>
              <w:right w:val="single" w:sz="12" w:space="0" w:color="4BACC6" w:themeColor="accent5"/>
            </w:tcBorders>
          </w:tcPr>
          <w:p>
            <w:pPr>
              <w:ind w:rightChars="-72" w:right="-158"/>
              <w:contextualSpacing/>
              <w:spacing w:after="100" w:afterAutospacing="1" w:line="300" w:lineRule="auto"/>
              <w:rPr>
                <w:lang w:eastAsia="ko-KR"/>
                <w:rFonts w:eastAsia="맑은 고딕" w:hint="eastAsia"/>
                <w:sz w:val="24"/>
                <w:szCs w:val="24"/>
                <w:rtl w:val="off"/>
              </w:rPr>
            </w:pPr>
            <w:r>
              <w:rPr>
                <w:lang w:eastAsia="ko-KR"/>
                <w:rFonts w:eastAsia="맑은 고딕"/>
                <w:sz w:val="24"/>
                <w:szCs w:val="24"/>
              </w:rPr>
              <w:t xml:space="preserve">- </w:t>
            </w:r>
            <w:r>
              <w:rPr>
                <w:lang w:eastAsia="ko-KR"/>
                <w:rFonts w:eastAsia="맑은 고딕"/>
                <w:sz w:val="24"/>
                <w:szCs w:val="24"/>
                <w:rtl w:val="off"/>
              </w:rPr>
              <w:t>Pick up at meeting point</w:t>
            </w:r>
          </w:p>
          <w:p>
            <w:pPr>
              <w:ind w:rightChars="-72" w:right="-158"/>
              <w:contextualSpacing/>
              <w:spacing w:after="100" w:afterAutospacing="1" w:line="300" w:lineRule="auto"/>
              <w:rPr>
                <w:rFonts w:eastAsia="Arial" w:cs="Arial"/>
                <w:color w:val="000000"/>
                <w:sz w:val="24"/>
                <w:szCs w:val="24"/>
                <w:kern w:val="1"/>
              </w:rPr>
            </w:pPr>
            <w:r>
              <w:rPr>
                <w:lang w:eastAsia="ko-KR"/>
                <w:rFonts w:eastAsia="맑은 고딕"/>
                <w:sz w:val="24"/>
                <w:szCs w:val="24"/>
                <w:rtl w:val="off"/>
              </w:rPr>
              <w:t>(Dongdeamun, Myeondong, Hongdea)</w:t>
            </w:r>
          </w:p>
          <w:p>
            <w:pPr>
              <w:ind w:rightChars="-72" w:right="-158"/>
              <w:contextualSpacing/>
              <w:spacing w:after="100" w:afterAutospacing="1" w:line="300" w:lineRule="auto"/>
              <w:rPr>
                <w:lang w:eastAsia="ko-KR"/>
                <w:rFonts w:eastAsia="맑은 고딕" w:cs="Arial" w:hint="eastAsia"/>
                <w:color w:val="000000"/>
                <w:sz w:val="24"/>
                <w:szCs w:val="24"/>
                <w:kern w:val="1"/>
                <w:rtl w:val="off"/>
              </w:rPr>
            </w:pPr>
          </w:p>
          <w:p>
            <w:pPr>
              <w:ind w:rightChars="-72" w:right="-158"/>
              <w:contextualSpacing/>
              <w:spacing w:after="100" w:afterAutospacing="1" w:line="300" w:lineRule="auto"/>
              <w:rPr>
                <w:lang w:eastAsia="ko-KR"/>
                <w:rFonts w:eastAsia="맑은 고딕" w:cs="Arial" w:hint="eastAsia"/>
                <w:color w:val="000000"/>
                <w:sz w:val="24"/>
                <w:szCs w:val="24"/>
                <w:kern w:val="1"/>
                <w:rtl w:val="off"/>
              </w:rPr>
            </w:pPr>
            <w:r>
              <w:rPr>
                <w:lang w:eastAsia="ko-KR"/>
                <w:rFonts w:eastAsia="맑은 고딕" w:cs="Arial" w:hint="eastAsia"/>
                <w:color w:val="000000"/>
                <w:sz w:val="24"/>
                <w:szCs w:val="24"/>
                <w:kern w:val="1"/>
                <w:rtl w:val="off"/>
              </w:rPr>
              <w:t>-DMZ TOUR</w:t>
            </w:r>
          </w:p>
          <w:p>
            <w:pPr>
              <w:ind w:rightChars="-72" w:right="-158"/>
              <w:contextualSpacing/>
              <w:spacing w:after="100" w:afterAutospacing="1" w:line="300" w:lineRule="auto"/>
              <w:rPr>
                <w:lang w:eastAsia="ko-KR"/>
                <w:rFonts w:eastAsia="맑은 고딕" w:cs="Arial" w:hint="eastAsia"/>
                <w:color w:val="000000"/>
                <w:sz w:val="24"/>
                <w:szCs w:val="24"/>
                <w:kern w:val="1"/>
                <w:rtl w:val="off"/>
              </w:rPr>
            </w:pPr>
            <w:r>
              <w:rPr>
                <w:lang w:eastAsia="ko-KR"/>
                <w:rFonts w:eastAsia="맑은 고딕" w:cs="Arial"/>
                <w:color w:val="000000"/>
                <w:sz w:val="24"/>
                <w:szCs w:val="24"/>
                <w:kern w:val="1"/>
                <w:rtl w:val="off"/>
              </w:rPr>
              <w:t>(</w:t>
            </w:r>
            <w:r>
              <w:rPr>
                <w:lang w:eastAsia="ko-KR"/>
                <w:rFonts w:eastAsia="맑은 고딕" w:cs="Arial"/>
                <w:color w:val="000000"/>
                <w:sz w:val="24"/>
                <w:szCs w:val="24"/>
                <w:kern w:val="1"/>
              </w:rPr>
              <w:t xml:space="preserve"> Imjingak Park</w:t>
            </w:r>
            <w:r>
              <w:rPr>
                <w:lang w:eastAsia="ko-KR"/>
                <w:rFonts w:eastAsia="맑은 고딕" w:cs="Arial"/>
                <w:color w:val="000000"/>
                <w:sz w:val="24"/>
                <w:szCs w:val="24"/>
                <w:kern w:val="1"/>
                <w:rtl w:val="off"/>
              </w:rPr>
              <w:t>)</w:t>
            </w:r>
          </w:p>
          <w:p>
            <w:pPr>
              <w:ind w:rightChars="-72" w:right="-158"/>
              <w:contextualSpacing/>
              <w:spacing w:after="100" w:afterAutospacing="1" w:line="300" w:lineRule="auto"/>
              <w:rPr>
                <w:lang w:eastAsia="ko-KR"/>
                <w:rFonts w:eastAsia="맑은 고딕" w:cs="Arial" w:hint="eastAsia"/>
                <w:color w:val="000000"/>
                <w:sz w:val="24"/>
                <w:szCs w:val="24"/>
                <w:kern w:val="1"/>
                <w:rtl w:val="off"/>
              </w:rPr>
            </w:pPr>
          </w:p>
          <w:p>
            <w:pPr>
              <w:ind w:rightChars="-72" w:right="-158"/>
              <w:contextualSpacing/>
              <w:spacing w:after="100" w:afterAutospacing="1" w:line="300" w:lineRule="auto"/>
              <w:rPr>
                <w:lang w:eastAsia="ko-KR"/>
                <w:rFonts w:eastAsia="맑은 고딕" w:cs="Arial" w:hint="eastAsia"/>
                <w:color w:val="000000"/>
                <w:sz w:val="24"/>
                <w:szCs w:val="24"/>
                <w:kern w:val="1"/>
                <w:rtl w:val="off"/>
              </w:rPr>
            </w:pPr>
            <w:r>
              <w:rPr>
                <w:lang w:eastAsia="ko-KR"/>
                <w:rFonts w:eastAsia="맑은 고딕" w:cs="Arial"/>
                <w:color w:val="000000"/>
                <w:sz w:val="24"/>
                <w:szCs w:val="24"/>
                <w:kern w:val="1"/>
                <w:rtl w:val="off"/>
              </w:rPr>
              <w:t>( The 3rd Infiltration Tunne)</w:t>
            </w:r>
          </w:p>
          <w:p>
            <w:pPr>
              <w:ind w:rightChars="-72" w:right="-158"/>
              <w:contextualSpacing/>
              <w:spacing w:after="100" w:afterAutospacing="1" w:line="300" w:lineRule="auto"/>
              <w:rPr>
                <w:lang w:eastAsia="ko-KR"/>
                <w:rFonts w:eastAsia="맑은 고딕" w:cs="Arial"/>
                <w:color w:val="000000"/>
                <w:sz w:val="24"/>
                <w:szCs w:val="24"/>
                <w:kern w:val="1"/>
              </w:rPr>
            </w:pPr>
          </w:p>
          <w:p>
            <w:pPr>
              <w:ind w:rightChars="-72" w:right="-158"/>
              <w:contextualSpacing/>
              <w:spacing w:after="100" w:afterAutospacing="1" w:line="300" w:lineRule="auto"/>
              <w:rPr>
                <w:lang w:eastAsia="ko-KR"/>
                <w:rFonts w:eastAsia="맑은 고딕" w:cs="Arial" w:hint="eastAsia"/>
                <w:color w:val="000000"/>
                <w:sz w:val="24"/>
                <w:szCs w:val="24"/>
                <w:kern w:val="1"/>
                <w:rtl w:val="off"/>
              </w:rPr>
            </w:pPr>
            <w:r>
              <w:rPr>
                <w:lang w:eastAsia="ko-KR"/>
                <w:rFonts w:eastAsia="맑은 고딕" w:cs="Arial"/>
                <w:color w:val="000000"/>
                <w:sz w:val="24"/>
                <w:szCs w:val="24"/>
                <w:kern w:val="1"/>
                <w:rtl w:val="off"/>
              </w:rPr>
              <w:t>(</w:t>
            </w:r>
            <w:r>
              <w:rPr>
                <w:lang w:eastAsia="ko-KR"/>
                <w:rFonts w:eastAsia="맑은 고딕" w:cs="Arial"/>
                <w:color w:val="000000"/>
                <w:sz w:val="24"/>
                <w:szCs w:val="24"/>
                <w:kern w:val="1"/>
              </w:rPr>
              <w:t xml:space="preserve"> Dora Observatory</w:t>
            </w:r>
            <w:r>
              <w:rPr>
                <w:lang w:eastAsia="ko-KR"/>
                <w:rFonts w:eastAsia="맑은 고딕" w:cs="Arial"/>
                <w:color w:val="000000"/>
                <w:sz w:val="24"/>
                <w:szCs w:val="24"/>
                <w:kern w:val="1"/>
                <w:rtl w:val="off"/>
              </w:rPr>
              <w:t>)</w:t>
            </w:r>
          </w:p>
          <w:p>
            <w:pPr>
              <w:ind w:rightChars="-72" w:right="-158"/>
              <w:contextualSpacing/>
              <w:spacing w:after="100" w:afterAutospacing="1" w:line="300" w:lineRule="auto"/>
              <w:rPr>
                <w:lang w:eastAsia="ko-KR"/>
                <w:rFonts w:eastAsia="맑은 고딕" w:cs="Arial" w:hint="eastAsia"/>
                <w:color w:val="000000"/>
                <w:sz w:val="24"/>
                <w:szCs w:val="24"/>
                <w:kern w:val="1"/>
                <w:rtl w:val="off"/>
              </w:rPr>
            </w:pPr>
          </w:p>
          <w:p>
            <w:pPr>
              <w:ind w:rightChars="-72" w:right="-158"/>
              <w:contextualSpacing/>
              <w:spacing w:after="100" w:afterAutospacing="1" w:line="300" w:lineRule="auto"/>
              <w:rPr>
                <w:lang w:eastAsia="ko-KR"/>
                <w:rFonts w:eastAsia="맑은 고딕" w:cs="Arial" w:hint="eastAsia"/>
                <w:color w:val="000000"/>
                <w:sz w:val="24"/>
                <w:szCs w:val="24"/>
                <w:kern w:val="1"/>
                <w:rtl w:val="off"/>
              </w:rPr>
            </w:pPr>
            <w:r>
              <w:rPr>
                <w:lang w:eastAsia="ko-KR"/>
                <w:rFonts w:eastAsia="맑은 고딕" w:cs="Arial" w:hint="eastAsia"/>
                <w:color w:val="000000"/>
                <w:sz w:val="24"/>
                <w:szCs w:val="24"/>
                <w:kern w:val="1"/>
                <w:rtl w:val="off"/>
              </w:rPr>
              <w:t>( Unification Village)</w:t>
            </w:r>
          </w:p>
          <w:p>
            <w:pPr>
              <w:ind w:rightChars="-72" w:right="-158"/>
              <w:contextualSpacing/>
              <w:spacing w:after="100" w:afterAutospacing="1" w:line="300" w:lineRule="auto"/>
              <w:rPr>
                <w:lang w:eastAsia="ko-KR"/>
                <w:rFonts w:eastAsia="맑은 고딕" w:cs="Arial" w:hint="eastAsia"/>
                <w:color w:val="000000"/>
                <w:sz w:val="24"/>
                <w:szCs w:val="24"/>
                <w:kern w:val="1"/>
                <w:rtl w:val="off"/>
              </w:rPr>
            </w:pPr>
          </w:p>
          <w:p>
            <w:pPr>
              <w:ind w:rightChars="-72" w:right="-158"/>
              <w:contextualSpacing/>
              <w:spacing w:after="100" w:afterAutospacing="1" w:line="300" w:lineRule="auto"/>
              <w:rPr>
                <w:lang w:eastAsia="ko-KR"/>
                <w:rFonts w:eastAsia="맑은 고딕" w:cs="Arial" w:hint="eastAsia"/>
                <w:color w:val="000000"/>
                <w:sz w:val="24"/>
                <w:szCs w:val="24"/>
                <w:kern w:val="1"/>
                <w:rtl w:val="off"/>
              </w:rPr>
            </w:pPr>
            <w:r>
              <w:rPr>
                <w:lang w:eastAsia="ko-KR"/>
                <w:rFonts w:eastAsia="맑은 고딕" w:cs="Arial" w:hint="eastAsia"/>
                <w:color w:val="000000"/>
                <w:sz w:val="24"/>
                <w:szCs w:val="24"/>
                <w:kern w:val="1"/>
                <w:rtl w:val="off"/>
              </w:rPr>
              <w:t>- Majang Lake Suspension Bridge</w:t>
            </w:r>
          </w:p>
          <w:p>
            <w:pPr>
              <w:ind w:rightChars="-72" w:right="-158"/>
              <w:contextualSpacing/>
              <w:spacing w:after="100" w:afterAutospacing="1" w:line="300" w:lineRule="auto"/>
              <w:rPr>
                <w:lang w:eastAsia="ko-KR"/>
                <w:rFonts w:eastAsia="맑은 고딕" w:cs="Arial" w:hint="eastAsia"/>
                <w:color w:val="000000"/>
                <w:sz w:val="24"/>
                <w:szCs w:val="24"/>
                <w:kern w:val="1"/>
                <w:rtl w:val="off"/>
              </w:rPr>
            </w:pPr>
          </w:p>
          <w:p>
            <w:pPr>
              <w:ind w:rightChars="-72" w:right="-158"/>
              <w:contextualSpacing/>
              <w:spacing w:after="100" w:afterAutospacing="1" w:line="300" w:lineRule="auto"/>
              <w:rPr>
                <w:lang w:eastAsia="ko-KR"/>
                <w:rFonts w:eastAsia="맑은 고딕" w:cs="Arial"/>
                <w:color w:val="000000"/>
                <w:sz w:val="18"/>
                <w:szCs w:val="18"/>
                <w:kern w:val="1"/>
              </w:rPr>
            </w:pPr>
            <w:r>
              <w:rPr>
                <w:lang w:eastAsia="ko-KR"/>
                <w:rFonts w:eastAsia="맑은 고딕" w:cs="Arial"/>
                <w:color w:val="000000"/>
                <w:sz w:val="24"/>
                <w:szCs w:val="24"/>
                <w:kern w:val="1"/>
                <w:rtl w:val="off"/>
              </w:rPr>
              <w:t>- Myeongdong Drop</w:t>
            </w:r>
          </w:p>
          <w:p>
            <w:pPr>
              <w:ind w:rightChars="-72" w:right="-158"/>
              <w:contextualSpacing/>
              <w:spacing w:after="100" w:afterAutospacing="1" w:line="300" w:lineRule="auto"/>
              <w:rPr>
                <w:lang w:eastAsia="ko-KR"/>
                <w:rFonts w:eastAsia="맑은 고딕" w:cs="Arial"/>
                <w:color w:val="000000"/>
                <w:sz w:val="18"/>
                <w:szCs w:val="18"/>
                <w:kern w:val="1"/>
              </w:rPr>
            </w:pPr>
          </w:p>
          <w:p>
            <w:pPr>
              <w:ind w:rightChars="-72" w:right="-158"/>
              <w:contextualSpacing/>
              <w:spacing w:after="100" w:afterAutospacing="1" w:line="300" w:lineRule="auto"/>
              <w:rPr>
                <w:lang w:eastAsia="ko-KR"/>
                <w:rFonts w:eastAsia="맑은 고딕" w:cs="Arial"/>
                <w:color w:val="000000"/>
                <w:sz w:val="18"/>
                <w:szCs w:val="18"/>
                <w:kern w:val="1"/>
              </w:rPr>
            </w:pPr>
            <w:r>
              <w:rPr>
                <w:lang w:eastAsia="ko-KR"/>
                <w:rFonts w:eastAsia="맑은 고딕" w:cs="Arial"/>
                <w:color w:val="000000"/>
                <w:sz w:val="18"/>
                <w:szCs w:val="18"/>
                <w:kern w:val="1"/>
                <w:rtl w:val="off"/>
              </w:rPr>
              <w:t xml:space="preserve"> </w:t>
            </w:r>
          </w:p>
        </w:tc>
        <w:tc>
          <w:tcPr>
            <w:tcW w:w="1172" w:type="dxa"/>
            <w:tcBorders>
              <w:top w:val="double" w:sz="12" w:space="0" w:color="4BACC6" w:themeColor="accent5"/>
              <w:left w:val="single" w:sz="12" w:space="0" w:color="4BACC6" w:themeColor="accent5"/>
              <w:bottom w:val="single" w:sz="12" w:space="0" w:color="4BACC6" w:themeColor="accent5"/>
              <w:right w:val="single" w:sz="12" w:space="0" w:color="4BACC6" w:themeColor="accent5"/>
            </w:tcBorders>
          </w:tcPr>
          <w:p>
            <w:pPr>
              <w:adjustRightInd/>
              <w:spacing w:line="240" w:lineRule="auto"/>
              <w:rPr>
                <w:lang w:eastAsia="ko-KR"/>
                <w:rFonts w:eastAsia="맑은 고딕"/>
              </w:rPr>
            </w:pPr>
            <w:r>
              <w:rPr>
                <w:lang w:eastAsia="ko-KR"/>
                <w:rFonts w:eastAsia="맑은 고딕" w:hint="eastAsia"/>
                <w:rtl w:val="off"/>
              </w:rPr>
              <w:t xml:space="preserve"> </w:t>
            </w:r>
          </w:p>
          <w:p>
            <w:pPr>
              <w:adjustRightInd/>
              <w:spacing w:line="240" w:lineRule="auto"/>
              <w:rPr>
                <w:lang w:eastAsia="ko-KR"/>
                <w:rFonts w:eastAsia="맑은 고딕"/>
              </w:rPr>
            </w:pPr>
            <w:r>
              <w:rPr>
                <w:lang w:eastAsia="ko-KR"/>
                <w:rFonts w:eastAsia="맑은 고딕" w:hint="eastAsia"/>
                <w:rtl w:val="off"/>
              </w:rPr>
              <w:t xml:space="preserve"> </w:t>
            </w:r>
          </w:p>
          <w:p>
            <w:pPr>
              <w:adjustRightInd/>
              <w:spacing w:line="240" w:lineRule="auto"/>
              <w:rPr>
                <w:lang w:eastAsia="ko-KR"/>
                <w:rFonts w:eastAsia="맑은 고딕"/>
              </w:rPr>
            </w:pPr>
            <w:r>
              <w:rPr>
                <w:lang w:eastAsia="ko-KR"/>
                <w:rFonts w:eastAsia="맑은 고딕" w:hint="eastAsia"/>
                <w:rtl w:val="off"/>
              </w:rPr>
              <w:t xml:space="preserve"> </w:t>
            </w:r>
          </w:p>
        </w:tc>
      </w:tr>
      <w:tr>
        <w:tblPrEx>
          <w:jc w:val="left"/>
        </w:tblPrEx>
        <w:trPr/>
        <w:tc>
          <w:tcPr>
            <w:tcW w:w="7587" w:type="dxa"/>
            <w:gridSpan w:val="3"/>
            <w:tcBorders>
              <w:top w:val="single" w:sz="12" w:space="0" w:color="4BACC6" w:themeColor="accent5"/>
            </w:tcBorders>
          </w:tcPr>
          <w:p/>
          <w:tbl>
            <w:tblPr>
              <w:tblpPr w:leftFromText="142" w:rightFromText="142" w:vertAnchor="page" w:horzAnchor="text" w:tblpY="871"/>
              <w:tblOverlap w:val="never"/>
              <w:tblW w:w="7371" w:type="dxa"/>
              <w:tblLook w:val="04A0" w:firstRow="1" w:lastRow="0" w:firstColumn="1" w:lastColumn="0" w:noHBand="0" w:noVBand="1"/>
            </w:tblPr>
            <w:tblGrid>
              <w:gridCol w:w="3544"/>
              <w:gridCol w:w="3827"/>
            </w:tblGrid>
            <w:tr>
              <w:tc>
                <w:tcPr>
                  <w:tcW w:w="3544" w:type="dxa"/>
                </w:tcPr>
                <w:p>
                  <w:pPr>
                    <w:spacing w:line="240" w:lineRule="auto"/>
                    <w:rPr>
                      <w:rFonts w:eastAsia="맑은 고딕" w:cs="Arial"/>
                      <w:sz w:val="18"/>
                      <w:szCs w:val="18"/>
                    </w:rPr>
                  </w:pPr>
                  <w:r>
                    <w:rPr>
                      <w:b/>
                    </w:rPr>
                    <w:t>Inc (Included)</w:t>
                  </w:r>
                  <w:r>
                    <w:br/>
                  </w:r>
                  <w:r>
                    <w:rPr>
                      <w:sz w:val="18"/>
                      <w:szCs w:val="18"/>
                    </w:rPr>
                    <w:br/>
                  </w:r>
                  <w:r>
                    <w:rPr>
                      <w:sz w:val="18"/>
                      <w:szCs w:val="18"/>
                    </w:rPr>
                    <w:t xml:space="preserve">• </w:t>
                  </w:r>
                  <w:r>
                    <w:rPr>
                      <w:rFonts w:eastAsia="맑은 고딕" w:cs="Arial"/>
                      <w:sz w:val="18"/>
                      <w:szCs w:val="18"/>
                    </w:rPr>
                    <w:t>English speaking driving guide</w:t>
                  </w:r>
                  <w:r>
                    <w:rPr>
                      <w:rFonts w:eastAsia="맑은 고딕" w:cs="Arial"/>
                      <w:sz w:val="18"/>
                      <w:szCs w:val="18"/>
                    </w:rPr>
                    <w:br/>
                  </w:r>
                  <w:r>
                    <w:rPr>
                      <w:lang w:eastAsia="ko-KR"/>
                      <w:sz w:val="18"/>
                      <w:szCs w:val="18"/>
                      <w:rtl w:val="off"/>
                    </w:rPr>
                    <w:t xml:space="preserve"> </w:t>
                  </w:r>
                </w:p>
              </w:tc>
              <w:tc>
                <w:tcPr>
                  <w:tcW w:w="3827" w:type="dxa"/>
                </w:tcPr>
                <w:p>
                  <w:r>
                    <w:rPr>
                      <w:b/>
                    </w:rPr>
                    <w:t>Exc</w:t>
                  </w:r>
                  <w:r>
                    <w:rPr>
                      <w:b/>
                    </w:rPr>
                    <w:t>(</w:t>
                  </w:r>
                  <w:r>
                    <w:rPr>
                      <w:b/>
                    </w:rPr>
                    <w:t>Excluded)</w:t>
                  </w:r>
                  <w:r>
                    <w:br/>
                  </w:r>
                  <w:r>
                    <w:rPr>
                      <w:lang w:eastAsia="ko-KR"/>
                      <w:sz w:val="18"/>
                      <w:szCs w:val="18"/>
                      <w:rtl w:val="off"/>
                    </w:rPr>
                    <w:t xml:space="preserve">  </w:t>
                  </w:r>
                  <w:r>
                    <w:rPr>
                      <w:sz w:val="18"/>
                      <w:szCs w:val="18"/>
                    </w:rPr>
                    <w:t>•</w:t>
                  </w:r>
                  <w:r>
                    <w:t xml:space="preserve"> </w:t>
                  </w:r>
                  <w:r>
                    <w:rPr>
                      <w:rFonts w:ascii="맑은 고딕" w:eastAsia="맑은 고딕" w:hAnsi="맑은 고딕" w:cs="Arial"/>
                      <w:sz w:val="18"/>
                    </w:rPr>
                    <w:t>Travel Insurance, Individual Expenses</w:t>
                  </w:r>
                </w:p>
              </w:tc>
            </w:tr>
            <w:tr>
              <w:tc>
                <w:tcPr>
                  <w:tcW w:w="3544" w:type="dxa"/>
                </w:tcPr>
                <w:p>
                  <w:pPr>
                    <w:spacing w:line="240" w:lineRule="auto"/>
                    <w:rPr>
                      <w:b/>
                    </w:rPr>
                  </w:pPr>
                </w:p>
              </w:tc>
              <w:tc>
                <w:tcPr>
                  <w:tcW w:w="3827" w:type="dxa"/>
                </w:tcPr>
                <w:p>
                  <w:pPr>
                    <w:rPr>
                      <w:b/>
                    </w:rPr>
                  </w:pPr>
                </w:p>
              </w:tc>
            </w:tr>
          </w:tbl>
          <w:p/>
          <w:p>
            <w:r>
              <w:t>Notes: ________________________________________________________________</w:t>
            </w:r>
          </w:p>
          <w:p/>
        </w:tc>
        <w:tc>
          <w:tcPr>
            <w:tcW w:w="2249" w:type="dxa"/>
            <w:gridSpan w:val="3"/>
            <w:tcBorders>
              <w:top w:val="single" w:sz="12" w:space="0" w:color="4BACC6" w:themeColor="accent5"/>
            </w:tcBorders>
          </w:tcPr>
          <w:p/>
        </w:tc>
      </w:tr>
    </w:tbl>
    <w:p>
      <w:pPr>
        <w:rPr>
          <w:lang w:eastAsia="ko-KR"/>
          <w:rFonts w:hint="eastAsia"/>
          <w:rtl w:val="off"/>
        </w:rPr>
      </w:pPr>
    </w:p>
    <w:p>
      <w:pPr>
        <w:rPr>
          <w:lang w:eastAsia="ko-KR"/>
          <w:rFonts w:hint="eastAsia"/>
          <w:rtl w:val="off"/>
        </w:rPr>
      </w:pPr>
    </w:p>
    <w:p>
      <w:pPr>
        <w:rPr>
          <w:lang w:eastAsia="ko-KR"/>
          <w:rFonts w:hint="eastAsia"/>
          <w:rtl w:val="off"/>
        </w:rPr>
      </w:pPr>
    </w:p>
    <w:p>
      <w:pPr>
        <w:rPr>
          <w:lang w:eastAsia="ko-KR"/>
          <w:rFonts w:hint="eastAsia"/>
          <w:rtl w:val="off"/>
        </w:rPr>
      </w:pPr>
    </w:p>
    <w:p>
      <w:pPr>
        <w:rPr>
          <w:lang w:eastAsia="ko-KR"/>
          <w:rFonts w:hint="eastAsia"/>
          <w:rtl w:val="off"/>
        </w:rPr>
      </w:pPr>
    </w:p>
    <w:p>
      <w:r>
        <w:drawing>
          <wp:inline distT="0" distB="0" distL="180" distR="180">
            <wp:extent cx="6174105" cy="9396730"/>
            <wp:effectExtent l="0" t="0" r="0" b="0"/>
            <wp:docPr id="1030" name="shape1030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4105" cy="939673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Arial">
    <w:panose1 w:val="020B0604020202020204"/>
    <w:family w:val="swiss"/>
    <w:charset w:val="00"/>
    <w:notTrueType w:val="false"/>
    <w:sig w:usb0="E0002EFF" w:usb1="C000785B" w:usb2="00000009" w:usb3="00000001" w:csb0="400001FF" w:csb1="FFFF0000"/>
  </w:font>
  <w:font w:name="Courier">
    <w:panose1 w:val="02070409FFFFFFFFFFFF"/>
    <w:family w:val="auto"/>
    <w:charset w:val="00"/>
    <w:notTrueType w:val="false"/>
    <w:pitch w:val="variable"/>
    <w:sig w:usb0="00000003" w:usb1="00000000" w:usb2="00000000" w:usb3="00000000" w:csb0="00000001" w:csb1="00000000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89"/>
    <w:multiLevelType w:val="singleLevel"/>
    <w:tmpl w:val="29761a62"/>
    <w:lvl w:ilvl="0">
      <w:start w:val="1"/>
      <w:numFmt w:val="bullet"/>
      <w:lvlText w:val=""/>
      <w:lvlJc w:val="left"/>
      <w:pStyle w:val="a0"/>
      <w:pPr>
        <w:ind w:left="360" w:hanging="360"/>
        <w:tabs>
          <w:tab w:val="num" w:pos="360"/>
        </w:tabs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d1effd4"/>
    <w:lvl w:ilvl="0">
      <w:start w:val="1"/>
      <w:numFmt w:val="bullet"/>
      <w:lvlText w:val=""/>
      <w:lvlJc w:val="left"/>
      <w:pStyle w:val="20"/>
      <w:pPr>
        <w:ind w:left="720" w:hanging="360"/>
        <w:tabs>
          <w:tab w:val="num" w:pos="720"/>
        </w:tabs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f3eafdec"/>
    <w:lvl w:ilvl="0">
      <w:start w:val="1"/>
      <w:numFmt w:val="bullet"/>
      <w:lvlText w:val=""/>
      <w:lvlJc w:val="left"/>
      <w:pStyle w:val="30"/>
      <w:pPr>
        <w:ind w:left="1080" w:hanging="360"/>
        <w:tabs>
          <w:tab w:val="num" w:pos="1080"/>
        </w:tabs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d0a62b40"/>
    <w:lvl w:ilvl="0">
      <w:start w:val="1"/>
      <w:lvlText w:val="%1."/>
      <w:lvlJc w:val="left"/>
      <w:pStyle w:val="a"/>
      <w:pPr>
        <w:ind w:left="360" w:hanging="360"/>
        <w:tabs>
          <w:tab w:val="num" w:pos="360"/>
        </w:tabs>
      </w:pPr>
    </w:lvl>
  </w:abstractNum>
  <w:abstractNum w:abstractNumId="4">
    <w:nsid w:val="ffffff7f"/>
    <w:multiLevelType w:val="singleLevel"/>
    <w:tmpl w:val="38441652"/>
    <w:lvl w:ilvl="0">
      <w:start w:val="1"/>
      <w:lvlText w:val="%1."/>
      <w:lvlJc w:val="left"/>
      <w:pStyle w:val="2"/>
      <w:pPr>
        <w:ind w:left="720" w:hanging="360"/>
        <w:tabs>
          <w:tab w:val="num" w:pos="720"/>
        </w:tabs>
      </w:pPr>
    </w:lvl>
  </w:abstractNum>
  <w:abstractNum w:abstractNumId="5">
    <w:nsid w:val="ffffff7e"/>
    <w:multiLevelType w:val="singleLevel"/>
    <w:tmpl w:val="fb12693a"/>
    <w:lvl w:ilvl="0">
      <w:start w:val="1"/>
      <w:lvlText w:val="%1."/>
      <w:lvlJc w:val="left"/>
      <w:pStyle w:val="3"/>
      <w:pPr>
        <w:ind w:left="1080" w:hanging="360"/>
        <w:tabs>
          <w:tab w:val="num" w:pos="10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ja-JP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3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 w:uiPriority="153"/>
    <w:lsdException w:name="Medium Shading 2" w:uiPriority="256"/>
    <w:lsdException w:name="Medium List 1" w:uiPriority="257"/>
    <w:lsdException w:name="Medium List 2" w:uiPriority="258"/>
    <w:lsdException w:name="Medium Grid 1" w:uiPriority="259"/>
    <w:lsdException w:name="Medium Grid 2" w:uiPriority="260"/>
    <w:lsdException w:name="Medium Grid 3" w:uiPriority="261"/>
    <w:lsdException w:name="Dark List" w:uiPriority="274"/>
    <w:lsdException w:name="Colorful Shading" w:uiPriority="275"/>
    <w:lsdException w:name="Colorful List" w:uiPriority="276"/>
    <w:lsdException w:name="Colorful Grid" w:uiPriority="277"/>
    <w:lsdException w:name="Light Shading Accent 1" w:uiPriority="150"/>
    <w:lsdException w:name="Light List Accent 1" w:uiPriority="151"/>
    <w:lsdException w:name="Light Grid Accent 1" w:uiPriority="152"/>
    <w:lsdException w:name="Medium Shading 1 Accent 1" w:uiPriority="153"/>
    <w:lsdException w:name="Medium Shading 2 Accent 1" w:uiPriority="256"/>
    <w:lsdException w:name="Medium List 1 Accent 1" w:uiPriority="257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258"/>
    <w:lsdException w:name="Medium Grid 1 Accent 1" w:uiPriority="259"/>
    <w:lsdException w:name="Medium Grid 2 Accent 1" w:uiPriority="260"/>
    <w:lsdException w:name="Medium Grid 3 Accent 1" w:uiPriority="261"/>
    <w:lsdException w:name="Dark List Accent 1" w:uiPriority="274"/>
    <w:lsdException w:name="Colorful Shading Accent 1" w:uiPriority="275"/>
    <w:lsdException w:name="Colorful List Accent 1" w:uiPriority="276"/>
    <w:lsdException w:name="Colorful Grid Accent 1" w:uiPriority="277"/>
    <w:lsdException w:name="Light Shading Accent 2" w:uiPriority="150"/>
    <w:lsdException w:name="Light List Accent 2" w:uiPriority="151"/>
    <w:lsdException w:name="Light Grid Accent 2" w:uiPriority="152"/>
    <w:lsdException w:name="Medium Shading 1 Accent 2" w:uiPriority="153"/>
    <w:lsdException w:name="Medium Shading 2 Accent 2" w:uiPriority="256"/>
    <w:lsdException w:name="Medium List 1 Accent 2" w:uiPriority="257"/>
    <w:lsdException w:name="Medium List 2 Accent 2" w:uiPriority="258"/>
    <w:lsdException w:name="Medium Grid 1 Accent 2" w:uiPriority="259"/>
    <w:lsdException w:name="Medium Grid 2 Accent 2" w:uiPriority="260"/>
    <w:lsdException w:name="Medium Grid 3 Accent 2" w:uiPriority="261"/>
    <w:lsdException w:name="Dark List Accent 2" w:uiPriority="274"/>
    <w:lsdException w:name="Colorful Shading Accent 2" w:uiPriority="275"/>
    <w:lsdException w:name="Colorful List Accent 2" w:uiPriority="276"/>
    <w:lsdException w:name="Colorful Grid Accent 2" w:uiPriority="277"/>
    <w:lsdException w:name="Light Shading Accent 3" w:uiPriority="150"/>
    <w:lsdException w:name="Light List Accent 3" w:uiPriority="151"/>
    <w:lsdException w:name="Light Grid Accent 3" w:uiPriority="152"/>
    <w:lsdException w:name="Medium Shading 1 Accent 3" w:uiPriority="153"/>
    <w:lsdException w:name="Medium Shading 2 Accent 3" w:uiPriority="256"/>
    <w:lsdException w:name="Medium List 1 Accent 3" w:uiPriority="257"/>
    <w:lsdException w:name="Medium List 2 Accent 3" w:uiPriority="258"/>
    <w:lsdException w:name="Medium Grid 1 Accent 3" w:uiPriority="259"/>
    <w:lsdException w:name="Medium Grid 2 Accent 3" w:uiPriority="260"/>
    <w:lsdException w:name="Medium Grid 3 Accent 3" w:uiPriority="261"/>
    <w:lsdException w:name="Dark List Accent 3" w:uiPriority="274"/>
    <w:lsdException w:name="Colorful Shading Accent 3" w:uiPriority="275"/>
    <w:lsdException w:name="Colorful List Accent 3" w:uiPriority="276"/>
    <w:lsdException w:name="Colorful Grid Accent 3" w:uiPriority="277"/>
    <w:lsdException w:name="Light Shading Accent 4" w:uiPriority="150"/>
    <w:lsdException w:name="Light List Accent 4" w:uiPriority="151"/>
    <w:lsdException w:name="Light Grid Accent 4" w:uiPriority="152"/>
    <w:lsdException w:name="Medium Shading 1 Accent 4" w:uiPriority="153"/>
    <w:lsdException w:name="Medium Shading 2 Accent 4" w:uiPriority="256"/>
    <w:lsdException w:name="Medium List 1 Accent 4" w:uiPriority="257"/>
    <w:lsdException w:name="Medium List 2 Accent 4" w:uiPriority="258"/>
    <w:lsdException w:name="Medium Grid 1 Accent 4" w:uiPriority="259"/>
    <w:lsdException w:name="Medium Grid 2 Accent 4" w:uiPriority="260"/>
    <w:lsdException w:name="Medium Grid 3 Accent 4" w:uiPriority="261"/>
    <w:lsdException w:name="Dark List Accent 4" w:uiPriority="274"/>
    <w:lsdException w:name="Colorful Shading Accent 4" w:uiPriority="275"/>
    <w:lsdException w:name="Colorful List Accent 4" w:uiPriority="276"/>
    <w:lsdException w:name="Colorful Grid Accent 4" w:uiPriority="277"/>
    <w:lsdException w:name="Light Shading Accent 5" w:uiPriority="150"/>
    <w:lsdException w:name="Light List Accent 5" w:uiPriority="151"/>
    <w:lsdException w:name="Light Grid Accent 5" w:uiPriority="152"/>
    <w:lsdException w:name="Medium Shading 1 Accent 5" w:uiPriority="153"/>
    <w:lsdException w:name="Medium Shading 2 Accent 5" w:uiPriority="256"/>
    <w:lsdException w:name="Medium List 1 Accent 5" w:uiPriority="257"/>
    <w:lsdException w:name="Medium List 2 Accent 5" w:uiPriority="258"/>
    <w:lsdException w:name="Medium Grid 1 Accent 5" w:uiPriority="259"/>
    <w:lsdException w:name="Medium Grid 2 Accent 5" w:uiPriority="260"/>
    <w:lsdException w:name="Medium Grid 3 Accent 5" w:uiPriority="261"/>
    <w:lsdException w:name="Dark List Accent 5" w:uiPriority="274"/>
    <w:lsdException w:name="Colorful Shading Accent 5" w:uiPriority="275"/>
    <w:lsdException w:name="Colorful List Accent 5" w:uiPriority="276"/>
    <w:lsdException w:name="Colorful Grid Accent 5" w:uiPriority="277"/>
    <w:lsdException w:name="Light Shading Accent 6" w:uiPriority="150"/>
    <w:lsdException w:name="Light List Accent 6" w:uiPriority="151"/>
    <w:lsdException w:name="Light Grid Accent 6" w:uiPriority="152"/>
    <w:lsdException w:name="Medium Shading 1 Accent 6" w:uiPriority="153"/>
    <w:lsdException w:name="Medium Shading 2 Accent 6" w:uiPriority="256"/>
    <w:lsdException w:name="Medium List 1 Accent 6" w:uiPriority="257"/>
    <w:lsdException w:name="Medium List 2 Accent 6" w:uiPriority="258"/>
    <w:lsdException w:name="Medium Grid 1 Accent 6" w:uiPriority="259"/>
    <w:lsdException w:name="Medium Grid 2 Accent 6" w:uiPriority="260"/>
    <w:lsdException w:name="Medium Grid 3 Accent 6" w:uiPriority="261"/>
    <w:lsdException w:name="Dark List Accent 6" w:uiPriority="274"/>
    <w:lsdException w:name="Colorful Shading Accent 6" w:uiPriority="275"/>
    <w:lsdException w:name="Colorful List Accent 6" w:uiPriority="276"/>
    <w:lsdException w:name="Colorful Grid Accent 6" w:uiPriority="277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</w:style>
  <w:style w:type="paragraph" w:styleId="1">
    <w:name w:val="heading 1"/>
    <w:uiPriority w:val="9"/>
    <w:basedOn w:val="a1"/>
    <w:next w:val="a1"/>
    <w:link w:val="1Char"/>
    <w:qFormat/>
    <w:pPr>
      <w:keepNext/>
      <w:keepLines/>
      <w:outlineLvl w:val="0"/>
      <w:spacing w:after="0" w:before="480"/>
    </w:pPr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paragraph" w:styleId="21">
    <w:name w:val="heading 2"/>
    <w:uiPriority w:val="9"/>
    <w:basedOn w:val="a1"/>
    <w:next w:val="a1"/>
    <w:link w:val="2Char"/>
    <w:qFormat/>
    <w:unhideWhenUsed/>
    <w:pPr>
      <w:keepNext/>
      <w:keepLines/>
      <w:outlineLvl w:val="1"/>
      <w:spacing w:after="0" w:before="200"/>
    </w:pPr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paragraph" w:styleId="31">
    <w:name w:val="heading 3"/>
    <w:uiPriority w:val="9"/>
    <w:basedOn w:val="a1"/>
    <w:next w:val="a1"/>
    <w:link w:val="3Char"/>
    <w:qFormat/>
    <w:unhideWhenUsed/>
    <w:pPr>
      <w:keepNext/>
      <w:keepLines/>
      <w:outlineLvl w:val="2"/>
      <w:spacing w:after="0" w:before="200"/>
    </w:pPr>
    <w:rPr>
      <w:rFonts w:asciiTheme="majorHAnsi" w:eastAsiaTheme="majorEastAsia" w:hAnsiTheme="majorHAnsi" w:cstheme="majorBidi"/>
      <w:b/>
      <w:bCs/>
      <w:color w:val="4F81BD"/>
    </w:rPr>
  </w:style>
  <w:style w:type="paragraph" w:styleId="4">
    <w:name w:val="heading 4"/>
    <w:uiPriority w:val="9"/>
    <w:basedOn w:val="a1"/>
    <w:next w:val="a1"/>
    <w:link w:val="4Char"/>
    <w:qFormat/>
    <w:semiHidden/>
    <w:unhideWhenUsed/>
    <w:pPr>
      <w:keepNext/>
      <w:keepLines/>
      <w:outlineLvl w:val="3"/>
      <w:spacing w:after="0" w:before="20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5">
    <w:name w:val="heading 5"/>
    <w:uiPriority w:val="9"/>
    <w:basedOn w:val="a1"/>
    <w:next w:val="a1"/>
    <w:link w:val="5Char"/>
    <w:qFormat/>
    <w:semiHidden/>
    <w:unhideWhenUsed/>
    <w:pPr>
      <w:keepNext/>
      <w:keepLines/>
      <w:outlineLvl w:val="4"/>
      <w:spacing w:after="0" w:before="200"/>
    </w:pPr>
    <w:rPr>
      <w:rFonts w:asciiTheme="majorHAnsi" w:eastAsiaTheme="majorEastAsia" w:hAnsiTheme="majorHAnsi" w:cstheme="majorBidi"/>
      <w:color w:val="244061"/>
    </w:rPr>
  </w:style>
  <w:style w:type="paragraph" w:styleId="6">
    <w:name w:val="heading 6"/>
    <w:uiPriority w:val="9"/>
    <w:basedOn w:val="a1"/>
    <w:next w:val="a1"/>
    <w:link w:val="6Char"/>
    <w:qFormat/>
    <w:semiHidden/>
    <w:unhideWhenUsed/>
    <w:pPr>
      <w:keepNext/>
      <w:keepLines/>
      <w:outlineLvl w:val="5"/>
      <w:spacing w:after="0" w:before="200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7">
    <w:name w:val="heading 7"/>
    <w:uiPriority w:val="9"/>
    <w:basedOn w:val="a1"/>
    <w:next w:val="a1"/>
    <w:link w:val="7Char"/>
    <w:qFormat/>
    <w:semiHidden/>
    <w:unhideWhenUsed/>
    <w:pPr>
      <w:keepNext/>
      <w:keepLines/>
      <w:outlineLvl w:val="6"/>
      <w:spacing w:after="0" w:before="200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8">
    <w:name w:val="heading 8"/>
    <w:uiPriority w:val="9"/>
    <w:basedOn w:val="a1"/>
    <w:next w:val="a1"/>
    <w:link w:val="8Char"/>
    <w:qFormat/>
    <w:semiHidden/>
    <w:unhideWhenUsed/>
    <w:pPr>
      <w:keepNext/>
      <w:keepLines/>
      <w:outlineLvl w:val="7"/>
      <w:spacing w:after="0" w:before="200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9">
    <w:name w:val="heading 9"/>
    <w:uiPriority w:val="9"/>
    <w:basedOn w:val="a1"/>
    <w:next w:val="a1"/>
    <w:link w:val="9Char"/>
    <w:qFormat/>
    <w:semiHidden/>
    <w:unhideWhenUsed/>
    <w:pPr>
      <w:keepNext/>
      <w:keepLines/>
      <w:outlineLvl w:val="8"/>
      <w:spacing w:after="0" w:before="200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uiPriority w:val="99"/>
    <w:basedOn w:val="a1"/>
    <w:link w:val="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uiPriority w:val="99"/>
    <w:basedOn w:val="a2"/>
    <w:link w:val="a5"/>
  </w:style>
  <w:style w:type="paragraph" w:styleId="a6">
    <w:name w:val="footer"/>
    <w:uiPriority w:val="99"/>
    <w:basedOn w:val="a1"/>
    <w:link w:val="Char0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uiPriority w:val="99"/>
    <w:basedOn w:val="a2"/>
    <w:link w:val="a6"/>
  </w:style>
  <w:style w:type="paragraph" w:styleId="a7">
    <w:name w:val="No Spacing"/>
    <w:uiPriority w:val="1"/>
    <w:qFormat/>
    <w:pPr>
      <w:spacing w:after="0" w:line="240" w:lineRule="auto"/>
    </w:pPr>
  </w:style>
  <w:style w:type="character" w:customStyle="1" w:styleId="1Char">
    <w:name w:val="제목 1 Char"/>
    <w:uiPriority w:val="9"/>
    <w:basedOn w:val="a2"/>
    <w:link w:val="1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2Char">
    <w:name w:val="제목 2 Char"/>
    <w:uiPriority w:val="9"/>
    <w:basedOn w:val="a2"/>
    <w:link w:val="21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3Char">
    <w:name w:val="제목 3 Char"/>
    <w:uiPriority w:val="9"/>
    <w:basedOn w:val="a2"/>
    <w:link w:val="31"/>
    <w:rPr>
      <w:rFonts w:asciiTheme="majorHAnsi" w:eastAsiaTheme="majorEastAsia" w:hAnsiTheme="majorHAnsi" w:cstheme="majorBidi"/>
      <w:b/>
      <w:bCs/>
      <w:color w:val="4F81BD"/>
    </w:rPr>
  </w:style>
  <w:style w:type="paragraph" w:styleId="a8">
    <w:name w:val="Title"/>
    <w:uiPriority w:val="10"/>
    <w:basedOn w:val="a1"/>
    <w:next w:val="a1"/>
    <w:link w:val="Char1"/>
    <w:qFormat/>
    <w:pPr>
      <w:contextualSpacing/>
      <w:pBdr>
        <w:bottom w:val="single" w:sz="8" w:space="4" w:color="4F81BD" w:themeColor="accent1"/>
      </w:pBdr>
      <w:spacing w:after="300" w:line="240" w:lineRule="auto"/>
    </w:pPr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character" w:customStyle="1" w:styleId="Char1">
    <w:name w:val="제목 Char"/>
    <w:uiPriority w:val="10"/>
    <w:basedOn w:val="a2"/>
    <w:link w:val="a8"/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paragraph" w:styleId="a9">
    <w:name w:val="Subtitle"/>
    <w:uiPriority w:val="11"/>
    <w:basedOn w:val="a1"/>
    <w:next w:val="a1"/>
    <w:link w:val="Char2"/>
    <w:qFormat/>
    <w:pPr>
      <w:numPr>
        <w:ilvl w:val="0"/>
      </w:numPr>
    </w:pPr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character" w:customStyle="1" w:styleId="Char2">
    <w:name w:val="부제 Char"/>
    <w:uiPriority w:val="11"/>
    <w:basedOn w:val="a2"/>
    <w:link w:val="a9"/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paragraph" w:styleId="aa">
    <w:name w:val="List Paragraph"/>
    <w:uiPriority w:val="34"/>
    <w:basedOn w:val="a1"/>
    <w:qFormat/>
    <w:pPr>
      <w:ind w:left="720"/>
      <w:contextualSpacing/>
    </w:pPr>
  </w:style>
  <w:style w:type="paragraph" w:styleId="ab">
    <w:name w:val="Body Text"/>
    <w:uiPriority w:val="99"/>
    <w:basedOn w:val="a1"/>
    <w:link w:val="Char3"/>
    <w:unhideWhenUsed/>
    <w:pPr>
      <w:spacing w:after="120"/>
    </w:pPr>
  </w:style>
  <w:style w:type="character" w:customStyle="1" w:styleId="Char3">
    <w:name w:val="본문 Char"/>
    <w:uiPriority w:val="99"/>
    <w:basedOn w:val="a2"/>
    <w:link w:val="ab"/>
  </w:style>
  <w:style w:type="paragraph" w:styleId="22">
    <w:name w:val="Body Text 2"/>
    <w:uiPriority w:val="99"/>
    <w:basedOn w:val="a1"/>
    <w:link w:val="2Char0"/>
    <w:unhideWhenUsed/>
    <w:pPr>
      <w:spacing w:after="120" w:line="480" w:lineRule="auto"/>
    </w:pPr>
  </w:style>
  <w:style w:type="character" w:customStyle="1" w:styleId="2Char0">
    <w:name w:val="본문 2 Char"/>
    <w:uiPriority w:val="99"/>
    <w:basedOn w:val="a2"/>
    <w:link w:val="22"/>
  </w:style>
  <w:style w:type="paragraph" w:styleId="32">
    <w:name w:val="Body Text 3"/>
    <w:uiPriority w:val="99"/>
    <w:basedOn w:val="a1"/>
    <w:link w:val="3Char0"/>
    <w:unhideWhenUsed/>
    <w:pPr>
      <w:spacing w:after="120"/>
    </w:pPr>
    <w:rPr>
      <w:sz w:val="16"/>
      <w:szCs w:val="16"/>
    </w:rPr>
  </w:style>
  <w:style w:type="character" w:customStyle="1" w:styleId="3Char0">
    <w:name w:val="본문 3 Char"/>
    <w:uiPriority w:val="99"/>
    <w:basedOn w:val="a2"/>
    <w:link w:val="32"/>
    <w:rPr>
      <w:sz w:val="16"/>
      <w:szCs w:val="16"/>
    </w:rPr>
  </w:style>
  <w:style w:type="paragraph" w:styleId="ac">
    <w:name w:val="List"/>
    <w:uiPriority w:val="99"/>
    <w:basedOn w:val="a1"/>
    <w:unhideWhenUsed/>
    <w:pPr>
      <w:ind w:left="360" w:hanging="360"/>
      <w:contextualSpacing/>
    </w:pPr>
  </w:style>
  <w:style w:type="paragraph" w:styleId="23">
    <w:name w:val="List 2"/>
    <w:uiPriority w:val="99"/>
    <w:basedOn w:val="a1"/>
    <w:unhideWhenUsed/>
    <w:pPr>
      <w:ind w:left="720" w:hanging="360"/>
      <w:contextualSpacing/>
    </w:pPr>
  </w:style>
  <w:style w:type="paragraph" w:styleId="33">
    <w:name w:val="List 3"/>
    <w:uiPriority w:val="99"/>
    <w:basedOn w:val="a1"/>
    <w:unhideWhenUsed/>
    <w:pPr>
      <w:ind w:left="1080" w:hanging="360"/>
      <w:contextualSpacing/>
    </w:pPr>
  </w:style>
  <w:style w:type="paragraph" w:styleId="a0">
    <w:name w:val="List Bullet"/>
    <w:uiPriority w:val="99"/>
    <w:basedOn w:val="a1"/>
    <w:unhideWhenUsed/>
    <w:pPr>
      <w:contextualSpacing/>
      <w:numPr>
        <w:ilvl w:val="0"/>
        <w:numId w:val="1"/>
      </w:numPr>
    </w:pPr>
  </w:style>
  <w:style w:type="paragraph" w:styleId="20">
    <w:name w:val="List Bullet 2"/>
    <w:uiPriority w:val="99"/>
    <w:basedOn w:val="a1"/>
    <w:unhideWhenUsed/>
    <w:pPr>
      <w:contextualSpacing/>
      <w:numPr>
        <w:ilvl w:val="0"/>
        <w:numId w:val="2"/>
      </w:numPr>
    </w:pPr>
  </w:style>
  <w:style w:type="paragraph" w:styleId="30">
    <w:name w:val="List Bullet 3"/>
    <w:uiPriority w:val="99"/>
    <w:basedOn w:val="a1"/>
    <w:unhideWhenUsed/>
    <w:pPr>
      <w:contextualSpacing/>
      <w:numPr>
        <w:ilvl w:val="0"/>
        <w:numId w:val="3"/>
      </w:numPr>
    </w:pPr>
  </w:style>
  <w:style w:type="paragraph" w:styleId="a">
    <w:name w:val="List Number"/>
    <w:uiPriority w:val="99"/>
    <w:basedOn w:val="a1"/>
    <w:unhideWhenUsed/>
    <w:pPr>
      <w:contextualSpacing/>
      <w:numPr>
        <w:ilvl w:val="0"/>
        <w:numId w:val="4"/>
      </w:numPr>
    </w:pPr>
  </w:style>
  <w:style w:type="paragraph" w:styleId="2">
    <w:name w:val="List Number 2"/>
    <w:uiPriority w:val="99"/>
    <w:basedOn w:val="a1"/>
    <w:unhideWhenUsed/>
    <w:pPr>
      <w:contextualSpacing/>
      <w:numPr>
        <w:ilvl w:val="0"/>
        <w:numId w:val="5"/>
      </w:numPr>
    </w:pPr>
  </w:style>
  <w:style w:type="paragraph" w:styleId="3">
    <w:name w:val="List Number 3"/>
    <w:uiPriority w:val="99"/>
    <w:basedOn w:val="a1"/>
    <w:unhideWhenUsed/>
    <w:pPr>
      <w:contextualSpacing/>
      <w:numPr>
        <w:ilvl w:val="0"/>
        <w:numId w:val="6"/>
      </w:numPr>
    </w:pPr>
  </w:style>
  <w:style w:type="paragraph" w:styleId="ad">
    <w:name w:val="List Continue"/>
    <w:uiPriority w:val="99"/>
    <w:basedOn w:val="a1"/>
    <w:unhideWhenUsed/>
    <w:pPr>
      <w:ind w:left="360"/>
      <w:contextualSpacing/>
      <w:spacing w:after="120"/>
    </w:pPr>
  </w:style>
  <w:style w:type="paragraph" w:styleId="24">
    <w:name w:val="List Continue 2"/>
    <w:uiPriority w:val="99"/>
    <w:basedOn w:val="a1"/>
    <w:unhideWhenUsed/>
    <w:pPr>
      <w:ind w:left="720"/>
      <w:contextualSpacing/>
      <w:spacing w:after="120"/>
    </w:pPr>
  </w:style>
  <w:style w:type="paragraph" w:styleId="34">
    <w:name w:val="List Continue 3"/>
    <w:uiPriority w:val="99"/>
    <w:basedOn w:val="a1"/>
    <w:unhideWhenUsed/>
    <w:pPr>
      <w:ind w:left="1080"/>
      <w:contextualSpacing/>
      <w:spacing w:after="120"/>
    </w:pPr>
  </w:style>
  <w:style w:type="paragraph" w:styleId="ae">
    <w:name w:val="macro"/>
    <w:uiPriority w:val="99"/>
    <w:link w:val="Char4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uiPriority w:val="99"/>
    <w:basedOn w:val="a2"/>
    <w:link w:val="ae"/>
    <w:rPr>
      <w:rFonts w:ascii="Courier" w:hAnsi="Courier"/>
      <w:sz w:val="20"/>
      <w:szCs w:val="20"/>
    </w:rPr>
  </w:style>
  <w:style w:type="paragraph" w:styleId="af">
    <w:name w:val="Quote"/>
    <w:uiPriority w:val="29"/>
    <w:basedOn w:val="a1"/>
    <w:next w:val="a1"/>
    <w:link w:val="Char5"/>
    <w:qFormat/>
    <w:rPr>
      <w:i/>
      <w:iCs/>
      <w:color w:val="000000"/>
    </w:rPr>
  </w:style>
  <w:style w:type="character" w:customStyle="1" w:styleId="Char5">
    <w:name w:val="인용 Char"/>
    <w:uiPriority w:val="29"/>
    <w:basedOn w:val="a2"/>
    <w:link w:val="af"/>
    <w:rPr>
      <w:i/>
      <w:iCs/>
      <w:color w:val="000000"/>
    </w:rPr>
  </w:style>
  <w:style w:type="character" w:customStyle="1" w:styleId="4Char">
    <w:name w:val="제목 4 Char"/>
    <w:uiPriority w:val="9"/>
    <w:basedOn w:val="a2"/>
    <w:link w:val="4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5Char">
    <w:name w:val="제목 5 Char"/>
    <w:uiPriority w:val="9"/>
    <w:basedOn w:val="a2"/>
    <w:link w:val="5"/>
    <w:semiHidden/>
    <w:rPr>
      <w:rFonts w:asciiTheme="majorHAnsi" w:eastAsiaTheme="majorEastAsia" w:hAnsiTheme="majorHAnsi" w:cstheme="majorBidi"/>
      <w:color w:val="244061"/>
    </w:rPr>
  </w:style>
  <w:style w:type="character" w:customStyle="1" w:styleId="6Char">
    <w:name w:val="제목 6 Char"/>
    <w:uiPriority w:val="9"/>
    <w:basedOn w:val="a2"/>
    <w:link w:val="6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7Char">
    <w:name w:val="제목 7 Char"/>
    <w:uiPriority w:val="9"/>
    <w:basedOn w:val="a2"/>
    <w:link w:val="7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8Char">
    <w:name w:val="제목 8 Char"/>
    <w:uiPriority w:val="9"/>
    <w:basedOn w:val="a2"/>
    <w:link w:val="8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9Char">
    <w:name w:val="제목 9 Char"/>
    <w:uiPriority w:val="9"/>
    <w:basedOn w:val="a2"/>
    <w:link w:val="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af0">
    <w:name w:val="caption"/>
    <w:uiPriority w:val="35"/>
    <w:basedOn w:val="a1"/>
    <w:next w:val="a1"/>
    <w:qFormat/>
    <w:semiHidden/>
    <w:unhideWhenUsed/>
    <w:pPr>
      <w:spacing w:line="240" w:lineRule="auto"/>
    </w:pPr>
    <w:rPr>
      <w:b/>
      <w:bCs/>
      <w:color w:val="4F81BD"/>
      <w:sz w:val="18"/>
      <w:szCs w:val="18"/>
    </w:rPr>
  </w:style>
  <w:style w:type="character" w:styleId="af1">
    <w:name w:val="Strong"/>
    <w:uiPriority w:val="22"/>
    <w:basedOn w:val="a2"/>
    <w:qFormat/>
    <w:rPr>
      <w:b/>
      <w:bCs/>
    </w:rPr>
  </w:style>
  <w:style w:type="character" w:styleId="af2">
    <w:name w:val="Emphasis"/>
    <w:uiPriority w:val="20"/>
    <w:basedOn w:val="a2"/>
    <w:qFormat/>
    <w:rPr>
      <w:i/>
      <w:iCs/>
    </w:rPr>
  </w:style>
  <w:style w:type="paragraph" w:styleId="af3">
    <w:name w:val="Intense Quote"/>
    <w:uiPriority w:val="30"/>
    <w:basedOn w:val="a1"/>
    <w:next w:val="a1"/>
    <w:link w:val="Char6"/>
    <w:qFormat/>
    <w:pPr>
      <w:ind w:left="936" w:right="936"/>
      <w:pBdr>
        <w:bottom w:val="single" w:sz="4" w:space="4" w:color="4F81BD" w:themeColor="accent1"/>
      </w:pBdr>
      <w:spacing w:after="280" w:before="200"/>
    </w:pPr>
    <w:rPr>
      <w:b/>
      <w:bCs/>
      <w:i/>
      <w:iCs/>
      <w:color w:val="4F81BD"/>
    </w:rPr>
  </w:style>
  <w:style w:type="character" w:customStyle="1" w:styleId="Char6">
    <w:name w:val="강한 인용 Char"/>
    <w:uiPriority w:val="30"/>
    <w:basedOn w:val="a2"/>
    <w:link w:val="af3"/>
    <w:rPr>
      <w:b/>
      <w:bCs/>
      <w:i/>
      <w:iCs/>
      <w:color w:val="4F81BD"/>
    </w:rPr>
  </w:style>
  <w:style w:type="character" w:styleId="af4">
    <w:name w:val="Subtle Emphasis"/>
    <w:uiPriority w:val="19"/>
    <w:basedOn w:val="a2"/>
    <w:qFormat/>
    <w:rPr>
      <w:i/>
      <w:iCs/>
      <w:color w:val="7F7F7F"/>
    </w:rPr>
  </w:style>
  <w:style w:type="character" w:styleId="af5">
    <w:name w:val="Intense Emphasis"/>
    <w:uiPriority w:val="21"/>
    <w:basedOn w:val="a2"/>
    <w:qFormat/>
    <w:rPr>
      <w:b/>
      <w:bCs/>
      <w:i/>
      <w:iCs/>
      <w:color w:val="4F81BD"/>
    </w:rPr>
  </w:style>
  <w:style w:type="character" w:styleId="af6">
    <w:name w:val="Subtle Reference"/>
    <w:uiPriority w:val="31"/>
    <w:basedOn w:val="a2"/>
    <w:qFormat/>
    <w:rPr>
      <w:smallCaps/>
      <w:color w:val="C0504D"/>
      <w:u w:val="single" w:color="auto"/>
    </w:rPr>
  </w:style>
  <w:style w:type="character" w:styleId="af7">
    <w:name w:val="Intense Reference"/>
    <w:uiPriority w:val="32"/>
    <w:basedOn w:val="a2"/>
    <w:qFormat/>
    <w:rPr>
      <w:b/>
      <w:bCs/>
      <w:smallCaps/>
      <w:color w:val="C0504D"/>
      <w:u w:val="single" w:color="auto"/>
      <w:spacing w:val="5"/>
    </w:rPr>
  </w:style>
  <w:style w:type="character" w:styleId="af8">
    <w:name w:val="Book Title"/>
    <w:uiPriority w:val="33"/>
    <w:basedOn w:val="a2"/>
    <w:qFormat/>
    <w:rPr>
      <w:b/>
      <w:bCs/>
      <w:smallCaps/>
      <w:spacing w:val="5"/>
    </w:rPr>
  </w:style>
  <w:style w:type="paragraph" w:styleId="TOC">
    <w:name w:val="TOC Heading"/>
    <w:uiPriority w:val="39"/>
    <w:basedOn w:val="1"/>
    <w:next w:val="a1"/>
    <w:qFormat/>
    <w:semiHidden/>
    <w:unhideWhenUsed/>
    <w:pPr>
      <w:outlineLvl w:val="9"/>
    </w:pPr>
  </w:style>
  <w:style w:type="table" w:styleId="af9">
    <w:name w:val="Table Grid"/>
    <w:uiPriority w:val="59"/>
    <w:basedOn w:val="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uiPriority w:val="60"/>
    <w:basedOn w:val="a3"/>
    <w:pPr>
      <w:spacing w:after="0" w:line="240" w:lineRule="auto"/>
    </w:pPr>
    <w:rPr>
      <w:color w:val="000000"/>
    </w:rPr>
    <w:tblPr>
      <w:tblBorders>
        <w:top w:val="single" w:sz="8" w:space="0" w:color="000000" w:themeColor="dk1"/>
        <w:bottom w:val="single" w:sz="8" w:space="0" w:color="000000" w:themeColor="dk1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</w:style>
  <w:style w:type="table" w:styleId="-1">
    <w:name w:val="Light Shading Accent 1"/>
    <w:uiPriority w:val="60"/>
    <w:basedOn w:val="a3"/>
    <w:pPr>
      <w:spacing w:after="0" w:line="240" w:lineRule="auto"/>
    </w:pPr>
    <w:rPr>
      <w:color w:val="376092"/>
    </w:rPr>
    <w:tblPr>
      <w:tblBorders>
        <w:top w:val="single" w:sz="8" w:space="0" w:color="4F81BD" w:themeColor="accent1"/>
        <w:bottom w:val="single" w:sz="8" w:space="0" w:color="4F81BD" w:themeColor="accent1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uiPriority w:val="60"/>
    <w:basedOn w:val="a3"/>
    <w:pPr>
      <w:spacing w:after="0" w:line="240" w:lineRule="auto"/>
    </w:pPr>
    <w:rPr>
      <w:color w:val="953735"/>
    </w:rPr>
    <w:tblPr>
      <w:tblBorders>
        <w:top w:val="single" w:sz="8" w:space="0" w:color="C0504D" w:themeColor="accent2"/>
        <w:bottom w:val="single" w:sz="8" w:space="0" w:color="C0504D" w:themeColor="accent2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-3">
    <w:name w:val="Light Shading Accent 3"/>
    <w:uiPriority w:val="60"/>
    <w:basedOn w:val="a3"/>
    <w:pPr>
      <w:spacing w:after="0" w:line="240" w:lineRule="auto"/>
    </w:pPr>
    <w:rPr>
      <w:color w:val="76933C"/>
    </w:rPr>
    <w:tblPr>
      <w:tblBorders>
        <w:top w:val="single" w:sz="8" w:space="0" w:color="9BBB59" w:themeColor="accent3"/>
        <w:bottom w:val="single" w:sz="8" w:space="0" w:color="9BBB59" w:themeColor="accent3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uiPriority w:val="60"/>
    <w:basedOn w:val="a3"/>
    <w:pPr>
      <w:spacing w:after="0" w:line="240" w:lineRule="auto"/>
    </w:pPr>
    <w:rPr>
      <w:color w:val="604A7B"/>
    </w:rPr>
    <w:tblPr>
      <w:tblBorders>
        <w:top w:val="single" w:sz="8" w:space="0" w:color="8064A2" w:themeColor="accent4"/>
        <w:bottom w:val="single" w:sz="8" w:space="0" w:color="8064A2" w:themeColor="accent4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uiPriority w:val="60"/>
    <w:basedOn w:val="a3"/>
    <w:pPr>
      <w:spacing w:after="0" w:line="240" w:lineRule="auto"/>
    </w:pPr>
    <w:rPr>
      <w:color w:val="31859B"/>
    </w:rPr>
    <w:tblPr>
      <w:tblBorders>
        <w:top w:val="single" w:sz="8" w:space="0" w:color="4BACC6" w:themeColor="accent5"/>
        <w:bottom w:val="single" w:sz="8" w:space="0" w:color="4BACC6" w:themeColor="accent5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-6">
    <w:name w:val="Light Shading Accent 6"/>
    <w:uiPriority w:val="60"/>
    <w:basedOn w:val="a3"/>
    <w:pPr>
      <w:spacing w:after="0" w:line="240" w:lineRule="auto"/>
    </w:pPr>
    <w:rPr>
      <w:color w:val="E46C0A"/>
    </w:rPr>
    <w:tblPr>
      <w:tblBorders>
        <w:top w:val="single" w:sz="8" w:space="0" w:color="F79646" w:themeColor="accent6"/>
        <w:bottom w:val="single" w:sz="8" w:space="0" w:color="F79646" w:themeColor="accent6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afb">
    <w:name w:val="Light List"/>
    <w:uiPriority w:val="61"/>
    <w:basedOn w:val="a3"/>
    <w:pPr>
      <w:spacing w:after="0" w:line="240" w:lineRule="auto"/>
    </w:pPr>
    <w:tblPr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</w:style>
  <w:style w:type="table" w:styleId="-10">
    <w:name w:val="Light List Accent 1"/>
    <w:uiPriority w:val="61"/>
    <w:basedOn w:val="a3"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uiPriority w:val="61"/>
    <w:basedOn w:val="a3"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uiPriority w:val="61"/>
    <w:basedOn w:val="a3"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uiPriority w:val="61"/>
    <w:basedOn w:val="a3"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uiPriority w:val="61"/>
    <w:basedOn w:val="a3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uiPriority w:val="61"/>
    <w:basedOn w:val="a3"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uiPriority w:val="62"/>
    <w:basedOn w:val="a3"/>
    <w:pPr>
      <w:spacing w:after="0" w:line="240" w:lineRule="auto"/>
    </w:pPr>
    <w:tblPr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1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  <w:shd w:val="clear" w:color="auto" w:fill="BFBFBF" w:themeFill="dk1" w:themeFillTint="3f"/>
      </w:tcPr>
    </w:tblStylePr>
    <w:tblStylePr w:type="band2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</w:tcPr>
    </w:tblStylePr>
  </w:style>
  <w:style w:type="table" w:styleId="-11">
    <w:name w:val="Light Grid Accent 1"/>
    <w:uiPriority w:val="62"/>
    <w:basedOn w:val="a3"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uiPriority w:val="62"/>
    <w:basedOn w:val="a3"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uiPriority w:val="62"/>
    <w:basedOn w:val="a3"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uiPriority w:val="62"/>
    <w:basedOn w:val="a3"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uiPriority w:val="62"/>
    <w:basedOn w:val="a3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uiPriority w:val="62"/>
    <w:basedOn w:val="a3"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uiPriority w:val="63"/>
    <w:basedOn w:val="a3"/>
    <w:pPr>
      <w:spacing w:after="0" w:line="240" w:lineRule="auto"/>
    </w:pPr>
    <w:tblPr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dk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uiPriority w:val="63"/>
    <w:basedOn w:val="a3"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uiPriority w:val="63"/>
    <w:basedOn w:val="a3"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uiPriority w:val="63"/>
    <w:basedOn w:val="a3"/>
    <w:pPr>
      <w:spacing w:after="0" w:line="240" w:lineRule="auto"/>
    </w:pPr>
    <w:tblPr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uiPriority w:val="63"/>
    <w:basedOn w:val="a3"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uiPriority w:val="63"/>
    <w:basedOn w:val="a3"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uiPriority w:val="63"/>
    <w:basedOn w:val="a3"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uiPriority w:val="64"/>
    <w:basedOn w:val="a3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uiPriority w:val="64"/>
    <w:basedOn w:val="a3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uiPriority w:val="64"/>
    <w:basedOn w:val="a3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uiPriority w:val="64"/>
    <w:basedOn w:val="a3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uiPriority w:val="64"/>
    <w:basedOn w:val="a3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uiPriority w:val="64"/>
    <w:basedOn w:val="a3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uiPriority w:val="64"/>
    <w:basedOn w:val="a3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uiPriority w:val="65"/>
    <w:basedOn w:val="a3"/>
    <w:pPr>
      <w:spacing w:after="0" w:line="240" w:lineRule="auto"/>
    </w:pPr>
    <w:rPr>
      <w:color w:val="000000"/>
    </w:rPr>
    <w:tblPr>
      <w:tblBorders>
        <w:top w:val="single" w:sz="8" w:space="0" w:color="000000" w:themeColor="dk1"/>
        <w:bottom w:val="single" w:sz="8" w:space="0" w:color="000000" w:themeColor="dk1"/>
      </w:tblBorders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dk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shd w:val="clear" w:color="auto" w:fill="BFBFBF" w:themeFill="dk1" w:themeFillTint="3f"/>
      </w:tcPr>
    </w:tblStylePr>
  </w:style>
  <w:style w:type="table" w:styleId="1-10">
    <w:name w:val="Medium List 1 Accent 1"/>
    <w:uiPriority w:val="65"/>
    <w:basedOn w:val="a3"/>
    <w:pPr>
      <w:spacing w:after="0" w:line="240" w:lineRule="auto"/>
    </w:pPr>
    <w:rPr>
      <w:color w:val="000000"/>
    </w:rPr>
    <w:tblPr>
      <w:tblBorders>
        <w:top w:val="single" w:sz="8" w:space="0" w:color="4F81BD" w:themeColor="accent1"/>
        <w:bottom w:val="single" w:sz="8" w:space="0" w:color="4F81BD" w:themeColor="accent1"/>
      </w:tblBorders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uiPriority w:val="65"/>
    <w:basedOn w:val="a3"/>
    <w:pPr>
      <w:spacing w:after="0" w:line="240" w:lineRule="auto"/>
    </w:pPr>
    <w:rPr>
      <w:color w:val="000000"/>
    </w:rPr>
    <w:tblPr>
      <w:tblBorders>
        <w:top w:val="single" w:sz="8" w:space="0" w:color="C0504D" w:themeColor="accent2"/>
        <w:bottom w:val="single" w:sz="8" w:space="0" w:color="C0504D" w:themeColor="accent2"/>
      </w:tblBorders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1-30">
    <w:name w:val="Medium List 1 Accent 3"/>
    <w:uiPriority w:val="65"/>
    <w:basedOn w:val="a3"/>
    <w:pPr>
      <w:spacing w:after="0" w:line="240" w:lineRule="auto"/>
    </w:pPr>
    <w:rPr>
      <w:color w:val="000000"/>
    </w:rPr>
    <w:tblPr>
      <w:tblBorders>
        <w:top w:val="single" w:sz="8" w:space="0" w:color="9BBB59" w:themeColor="accent3"/>
        <w:bottom w:val="single" w:sz="8" w:space="0" w:color="9BBB59" w:themeColor="accent3"/>
      </w:tblBorders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uiPriority w:val="65"/>
    <w:basedOn w:val="a3"/>
    <w:pPr>
      <w:spacing w:after="0" w:line="240" w:lineRule="auto"/>
    </w:pPr>
    <w:rPr>
      <w:color w:val="000000"/>
    </w:rPr>
    <w:tblPr>
      <w:tblBorders>
        <w:top w:val="single" w:sz="8" w:space="0" w:color="8064A2" w:themeColor="accent4"/>
        <w:bottom w:val="single" w:sz="8" w:space="0" w:color="8064A2" w:themeColor="accent4"/>
      </w:tblBorders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uiPriority w:val="65"/>
    <w:basedOn w:val="a3"/>
    <w:pPr>
      <w:spacing w:after="0" w:line="240" w:lineRule="auto"/>
    </w:pPr>
    <w:rPr>
      <w:color w:val="000000"/>
    </w:rPr>
    <w:tblPr>
      <w:tblBorders>
        <w:top w:val="single" w:sz="8" w:space="0" w:color="4BACC6" w:themeColor="accent5"/>
        <w:bottom w:val="single" w:sz="8" w:space="0" w:color="4BACC6" w:themeColor="accent5"/>
      </w:tblBorders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1-60">
    <w:name w:val="Medium List 1 Accent 6"/>
    <w:uiPriority w:val="65"/>
    <w:basedOn w:val="a3"/>
    <w:pPr>
      <w:spacing w:after="0" w:line="240" w:lineRule="auto"/>
    </w:pPr>
    <w:rPr>
      <w:color w:val="000000"/>
    </w:rPr>
    <w:tblPr>
      <w:tblBorders>
        <w:top w:val="single" w:sz="8" w:space="0" w:color="F79646" w:themeColor="accent6"/>
        <w:bottom w:val="single" w:sz="8" w:space="0" w:color="F79646" w:themeColor="accent6"/>
      </w:tblBorders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26">
    <w:name w:val="Medium List 2"/>
    <w:uiPriority w:val="66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dk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dk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000000" w:themeColor="dk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dk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uiPriority w:val="66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uiPriority w:val="66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uiPriority w:val="66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uiPriority w:val="66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uiPriority w:val="66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uiPriority w:val="66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uiPriority w:val="67"/>
    <w:basedOn w:val="a3"/>
    <w:pPr>
      <w:spacing w:after="0" w:line="240" w:lineRule="auto"/>
    </w:pPr>
    <w:tblPr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  <w:insideV w:val="single" w:sz="8" w:space="0" w:color="3F3F3F" w:themeColor="dk1" w:themeTint="bf"/>
      </w:tblBorders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 w:themeColor="dk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1-11">
    <w:name w:val="Medium Grid 1 Accent 1"/>
    <w:uiPriority w:val="67"/>
    <w:basedOn w:val="a3"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-21">
    <w:name w:val="Medium Grid 1 Accent 2"/>
    <w:uiPriority w:val="67"/>
    <w:basedOn w:val="a3"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uiPriority w:val="67"/>
    <w:basedOn w:val="a3"/>
    <w:pPr>
      <w:spacing w:after="0" w:line="240" w:lineRule="auto"/>
    </w:pPr>
    <w:tblPr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uiPriority w:val="67"/>
    <w:basedOn w:val="a3"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uiPriority w:val="67"/>
    <w:basedOn w:val="a3"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uiPriority w:val="67"/>
    <w:basedOn w:val="a3"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uiPriority w:val="68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color w:val="000000"/>
      </w:rPr>
      <w:tblPr/>
      <w:tcPr>
        <w:shd w:val="clear" w:color="auto" w:fill="E5E5E5" w:themeFill="dk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 w:themeFill="dk1" w:themeFillTint="33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tcBorders>
          <w:insideH w:val="single" w:sz="6" w:space="0" w:color="000000" w:themeColor="dk1"/>
          <w:insideV w:val="single" w:sz="6" w:space="0" w:color="000000" w:themeColor="dk1"/>
        </w:tcBorders>
        <w:shd w:val="clear" w:color="auto" w:fill="7F7F7F" w:themeFill="dk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2-11">
    <w:name w:val="Medium Grid 2 Accent 1"/>
    <w:uiPriority w:val="68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2-21">
    <w:name w:val="Medium Grid 2 Accent 2"/>
    <w:uiPriority w:val="68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2-31">
    <w:name w:val="Medium Grid 2 Accent 3"/>
    <w:uiPriority w:val="68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2-41">
    <w:name w:val="Medium Grid 2 Accent 4"/>
    <w:uiPriority w:val="68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2-51">
    <w:name w:val="Medium Grid 2 Accent 5"/>
    <w:uiPriority w:val="68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2-61">
    <w:name w:val="Medium Grid 2 Accent 6"/>
    <w:uiPriority w:val="68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A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35">
    <w:name w:val="Medium Grid 3"/>
    <w:uiPriority w:val="69"/>
    <w:basedOn w:val="a3"/>
    <w:pPr>
      <w:spacing w:after="0" w:line="240" w:lineRule="auto"/>
    </w:pPr>
    <w:tblPr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7F7F7F" w:themeFill="dk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7F7F7F" w:themeFill="dk1" w:themeFillTint="7f"/>
      </w:tcPr>
    </w:tblStylePr>
  </w:style>
  <w:style w:type="table" w:styleId="3-1">
    <w:name w:val="Medium Grid 3 Accent 1"/>
    <w:uiPriority w:val="69"/>
    <w:basedOn w:val="a3"/>
    <w:pPr>
      <w:spacing w:after="0" w:line="240" w:lineRule="auto"/>
    </w:pPr>
    <w:tblPr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7C0DE" w:themeFill="accent1" w:themeFillTint="7f"/>
      </w:tcPr>
    </w:tblStylePr>
  </w:style>
  <w:style w:type="table" w:styleId="3-2">
    <w:name w:val="Medium Grid 3 Accent 2"/>
    <w:uiPriority w:val="69"/>
    <w:basedOn w:val="a3"/>
    <w:pPr>
      <w:spacing w:after="0" w:line="240" w:lineRule="auto"/>
    </w:pPr>
    <w:tblPr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DFA7A6" w:themeFill="accent2" w:themeFillTint="7f"/>
      </w:tcPr>
    </w:tblStylePr>
  </w:style>
  <w:style w:type="table" w:styleId="3-3">
    <w:name w:val="Medium Grid 3 Accent 3"/>
    <w:uiPriority w:val="69"/>
    <w:basedOn w:val="a3"/>
    <w:pPr>
      <w:spacing w:after="0" w:line="240" w:lineRule="auto"/>
    </w:pPr>
    <w:tblPr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CDDDAC" w:themeFill="accent3" w:themeFillTint="7f"/>
      </w:tcPr>
    </w:tblStylePr>
  </w:style>
  <w:style w:type="table" w:styleId="3-4">
    <w:name w:val="Medium Grid 3 Accent 4"/>
    <w:uiPriority w:val="69"/>
    <w:basedOn w:val="a3"/>
    <w:pPr>
      <w:spacing w:after="0" w:line="240" w:lineRule="auto"/>
    </w:pPr>
    <w:tblPr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BFB1D0" w:themeFill="accent4" w:themeFillTint="7f"/>
      </w:tcPr>
    </w:tblStylePr>
  </w:style>
  <w:style w:type="table" w:styleId="3-5">
    <w:name w:val="Medium Grid 3 Accent 5"/>
    <w:uiPriority w:val="69"/>
    <w:basedOn w:val="a3"/>
    <w:pPr>
      <w:spacing w:after="0" w:line="240" w:lineRule="auto"/>
    </w:pPr>
    <w:tblPr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5D5E2" w:themeFill="accent5" w:themeFillTint="7f"/>
      </w:tcPr>
    </w:tblStylePr>
  </w:style>
  <w:style w:type="table" w:styleId="3-6">
    <w:name w:val="Medium Grid 3 Accent 6"/>
    <w:uiPriority w:val="69"/>
    <w:basedOn w:val="a3"/>
    <w:pPr>
      <w:spacing w:after="0" w:line="240" w:lineRule="auto"/>
    </w:pPr>
    <w:tblPr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FBCAA2" w:themeFill="accent6" w:themeFillTint="7f"/>
      </w:tcPr>
    </w:tblStylePr>
  </w:style>
  <w:style w:type="table" w:styleId="afd">
    <w:name w:val="Dark List"/>
    <w:uiPriority w:val="70"/>
    <w:basedOn w:val="a3"/>
    <w:pPr>
      <w:spacing w:after="0" w:line="240" w:lineRule="auto"/>
    </w:pPr>
    <w:rPr>
      <w:color w:val="FFFFFF"/>
    </w:rPr>
    <w:tblPr>
      <w:tblStyleColBandSize w:val="1"/>
      <w:tblStyleRowBandSize w:val="1"/>
    </w:tblPr>
    <w:tcPr>
      <w:shd w:val="clear" w:color="auto" w:fill="000000" w:themeFill="dk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000000" w:themeFill="dk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</w:style>
  <w:style w:type="table" w:styleId="-12">
    <w:name w:val="Dark List Accent 1"/>
    <w:uiPriority w:val="70"/>
    <w:basedOn w:val="a3"/>
    <w:pPr>
      <w:spacing w:after="0" w:line="240" w:lineRule="auto"/>
    </w:pPr>
    <w:rPr>
      <w:color w:val="FFFFFF"/>
    </w:rPr>
    <w:tblPr>
      <w:tblStyleColBandSize w:val="1"/>
      <w:tblStyleRow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440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7609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</w:style>
  <w:style w:type="table" w:styleId="-22">
    <w:name w:val="Dark List Accent 2"/>
    <w:uiPriority w:val="70"/>
    <w:basedOn w:val="a3"/>
    <w:pPr>
      <w:spacing w:after="0" w:line="240" w:lineRule="auto"/>
    </w:pPr>
    <w:rPr>
      <w:color w:val="FFFFFF"/>
    </w:rPr>
    <w:tblPr>
      <w:tblStyleColBandSize w:val="1"/>
      <w:tblStyleRow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6325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95373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</w:style>
  <w:style w:type="table" w:styleId="-32">
    <w:name w:val="Dark List Accent 3"/>
    <w:uiPriority w:val="70"/>
    <w:basedOn w:val="a3"/>
    <w:pPr>
      <w:spacing w:after="0" w:line="240" w:lineRule="auto"/>
    </w:pPr>
    <w:rPr>
      <w:color w:val="FFFFFF"/>
    </w:rPr>
    <w:tblPr>
      <w:tblStyleColBandSize w:val="1"/>
      <w:tblStyleRow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F62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7693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</w:style>
  <w:style w:type="table" w:styleId="-42">
    <w:name w:val="Dark List Accent 4"/>
    <w:uiPriority w:val="70"/>
    <w:basedOn w:val="a3"/>
    <w:pPr>
      <w:spacing w:after="0" w:line="240" w:lineRule="auto"/>
    </w:pPr>
    <w:rPr>
      <w:color w:val="FFFFFF"/>
    </w:rPr>
    <w:tblPr>
      <w:tblStyleColBandSize w:val="1"/>
      <w:tblStyleRow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031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604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</w:style>
  <w:style w:type="table" w:styleId="-52">
    <w:name w:val="Dark List Accent 5"/>
    <w:uiPriority w:val="70"/>
    <w:basedOn w:val="a3"/>
    <w:pPr>
      <w:spacing w:after="0" w:line="240" w:lineRule="auto"/>
    </w:pPr>
    <w:rPr>
      <w:color w:val="FFFFFF"/>
    </w:rPr>
    <w:tblPr>
      <w:tblStyleColBandSize w:val="1"/>
      <w:tblStyleRow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1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185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</w:style>
  <w:style w:type="table" w:styleId="-62">
    <w:name w:val="Dark List Accent 6"/>
    <w:uiPriority w:val="70"/>
    <w:basedOn w:val="a3"/>
    <w:pPr>
      <w:spacing w:after="0" w:line="240" w:lineRule="auto"/>
    </w:pPr>
    <w:rPr>
      <w:color w:val="FFFFFF"/>
    </w:rPr>
    <w:tblPr>
      <w:tblStyleColBandSize w:val="1"/>
      <w:tblStyleRow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9748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E4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</w:style>
  <w:style w:type="table" w:styleId="afe">
    <w:name w:val="Colorful Shading"/>
    <w:uiPriority w:val="71"/>
    <w:basedOn w:val="a3"/>
    <w:pPr>
      <w:spacing w:after="0" w:line="240" w:lineRule="auto"/>
    </w:pPr>
    <w:rPr>
      <w:color w:val="000000"/>
    </w:rPr>
    <w:tblPr>
      <w:tblBorders>
        <w:top w:val="single" w:sz="24" w:space="0" w:color="C0504D" w:themeColor="accent2"/>
        <w:left w:val="single" w:sz="4" w:space="0" w:color="000000" w:themeColor="dk1"/>
        <w:bottom w:val="single" w:sz="4" w:space="0" w:color="000000" w:themeColor="dk1"/>
        <w:right w:val="single" w:sz="4" w:space="0" w:color="000000" w:themeColor="dk1"/>
        <w:insideH w:val="single" w:sz="4" w:space="0" w:color="FFFFFF" w:themeColor="lt1"/>
        <w:insideV w:val="single" w:sz="4" w:space="0" w:color="FFFFFF" w:themeColor="lt1"/>
      </w:tblBorders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000000" w:themeFill="dk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dk1" w:themeShade="99"/>
          <w:insideV w:val="nil"/>
        </w:tcBorders>
        <w:shd w:val="clear" w:color="auto" w:fill="000000" w:themeFill="dk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shd w:val="clear" w:color="auto" w:fill="989898" w:themeFill="dk1" w:themeFillTint="66"/>
      </w:tcPr>
    </w:tblStylePr>
    <w:tblStylePr w:type="band1Horz">
      <w:tblPr/>
      <w:tcPr>
        <w:shd w:val="clear" w:color="auto" w:fill="7F7F7F" w:themeFill="dk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3">
    <w:name w:val="Colorful Shading Accent 1"/>
    <w:uiPriority w:val="71"/>
    <w:basedOn w:val="a3"/>
    <w:pPr>
      <w:spacing w:after="0" w:line="240" w:lineRule="auto"/>
    </w:pPr>
    <w:rPr>
      <w:color w:val="000000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lt1"/>
        <w:insideV w:val="single" w:sz="4" w:space="0" w:color="FFFFFF" w:themeColor="lt1"/>
      </w:tblBorders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C4D75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D75" w:themeColor="accent1" w:themeShade="99"/>
          <w:insideV w:val="nil"/>
        </w:tcBorders>
        <w:shd w:val="clear" w:color="auto" w:fill="2C4D75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D75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uiPriority w:val="71"/>
    <w:basedOn w:val="a3"/>
    <w:pPr>
      <w:spacing w:after="0" w:line="240" w:lineRule="auto"/>
    </w:pPr>
    <w:rPr>
      <w:color w:val="000000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lt1"/>
        <w:insideV w:val="single" w:sz="4" w:space="0" w:color="FFFFFF" w:themeColor="lt1"/>
      </w:tblBorders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9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uiPriority w:val="71"/>
    <w:basedOn w:val="a3"/>
    <w:pPr>
      <w:spacing w:after="0" w:line="240" w:lineRule="auto"/>
    </w:pPr>
    <w:rPr>
      <w:color w:val="000000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lt1"/>
        <w:insideV w:val="single" w:sz="4" w:space="0" w:color="FFFFFF" w:themeColor="lt1"/>
      </w:tblBorders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5F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F7530" w:themeColor="accent3" w:themeShade="99"/>
          <w:insideV w:val="nil"/>
        </w:tcBorders>
        <w:shd w:val="clear" w:color="auto" w:fill="5F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7530" w:themeFill="accent3" w:themeFillShade="99"/>
      </w:tcPr>
    </w:tblStylePr>
    <w:tblStylePr w:type="band1Vert">
      <w:tblPr/>
      <w:tcPr>
        <w:shd w:val="clear" w:color="auto" w:fill="D7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uiPriority w:val="71"/>
    <w:basedOn w:val="a3"/>
    <w:pPr>
      <w:spacing w:after="0" w:line="240" w:lineRule="auto"/>
    </w:pPr>
    <w:rPr>
      <w:color w:val="000000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lt1"/>
        <w:insideV w:val="single" w:sz="4" w:space="0" w:color="FFFFFF" w:themeColor="lt1"/>
      </w:tblBorders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4D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D3B62" w:themeColor="accent4" w:themeShade="99"/>
          <w:insideV w:val="nil"/>
        </w:tcBorders>
        <w:shd w:val="clear" w:color="auto" w:fill="4D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B62" w:themeFill="accent4" w:themeFillShade="99"/>
      </w:tcPr>
    </w:tblStylePr>
    <w:tblStylePr w:type="band1Vert">
      <w:tblPr/>
      <w:tcPr>
        <w:shd w:val="clear" w:color="auto" w:fill="CCC1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uiPriority w:val="71"/>
    <w:basedOn w:val="a3"/>
    <w:pPr>
      <w:spacing w:after="0" w:line="240" w:lineRule="auto"/>
    </w:pPr>
    <w:rPr>
      <w:color w:val="000000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lt1"/>
        <w:insideV w:val="single" w:sz="4" w:space="0" w:color="FFFFFF" w:themeColor="lt1"/>
      </w:tblBorders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7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uiPriority w:val="71"/>
    <w:basedOn w:val="a3"/>
    <w:pPr>
      <w:spacing w:after="0" w:line="240" w:lineRule="auto"/>
    </w:pPr>
    <w:rPr>
      <w:color w:val="000000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lt1"/>
        <w:insideV w:val="single" w:sz="4" w:space="0" w:color="FFFFFF" w:themeColor="lt1"/>
      </w:tblBorders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B657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708" w:themeColor="accent6" w:themeShade="99"/>
          <w:insideV w:val="nil"/>
        </w:tcBorders>
        <w:shd w:val="clear" w:color="auto" w:fill="B657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708" w:themeFill="accent6" w:themeFillShade="99"/>
      </w:tcPr>
    </w:tblStylePr>
    <w:tblStylePr w:type="band1Vert">
      <w:tblPr/>
      <w:tcPr>
        <w:shd w:val="clear" w:color="auto" w:fill="FBD5B5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">
    <w:name w:val="Colorful List"/>
    <w:uiPriority w:val="72"/>
    <w:basedOn w:val="a3"/>
    <w:pPr>
      <w:spacing w:after="0" w:line="240" w:lineRule="auto"/>
    </w:pPr>
    <w:rPr>
      <w:color w:val="000000"/>
    </w:rPr>
    <w:tblP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shd w:val="clear" w:color="auto" w:fill="CBCBCB" w:themeFill="dk1" w:themeFillTint="33"/>
      </w:tcPr>
    </w:tblStylePr>
  </w:style>
  <w:style w:type="table" w:styleId="-14">
    <w:name w:val="Colorful List Accent 1"/>
    <w:uiPriority w:val="72"/>
    <w:basedOn w:val="a3"/>
    <w:pPr>
      <w:spacing w:after="0" w:line="240" w:lineRule="auto"/>
    </w:pPr>
    <w:rPr>
      <w:color w:val="000000"/>
    </w:rPr>
    <w:tblP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uiPriority w:val="72"/>
    <w:basedOn w:val="a3"/>
    <w:pPr>
      <w:spacing w:after="0" w:line="240" w:lineRule="auto"/>
    </w:pPr>
    <w:rPr>
      <w:color w:val="000000"/>
    </w:rPr>
    <w:tblP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uiPriority w:val="72"/>
    <w:basedOn w:val="a3"/>
    <w:pPr>
      <w:spacing w:after="0" w:line="240" w:lineRule="auto"/>
    </w:pPr>
    <w:rPr>
      <w:color w:val="000000"/>
    </w:rPr>
    <w:tblP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664F83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BF1DD" w:themeFill="accent3" w:themeFillTint="33"/>
      </w:tcPr>
    </w:tblStylePr>
  </w:style>
  <w:style w:type="table" w:styleId="-44">
    <w:name w:val="Colorful List Accent 4"/>
    <w:uiPriority w:val="72"/>
    <w:basedOn w:val="a3"/>
    <w:pPr>
      <w:spacing w:after="0" w:line="240" w:lineRule="auto"/>
    </w:pPr>
    <w:rPr>
      <w:color w:val="000000"/>
    </w:rPr>
    <w:tblP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7E9D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-54">
    <w:name w:val="Colorful List Accent 5"/>
    <w:uiPriority w:val="72"/>
    <w:basedOn w:val="a3"/>
    <w:pPr>
      <w:spacing w:after="0" w:line="240" w:lineRule="auto"/>
    </w:pPr>
    <w:rPr>
      <w:color w:val="000000"/>
    </w:rPr>
    <w:tblP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F3740B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uiPriority w:val="72"/>
    <w:basedOn w:val="a3"/>
    <w:pPr>
      <w:spacing w:after="0" w:line="240" w:lineRule="auto"/>
    </w:pPr>
    <w:rPr>
      <w:color w:val="000000"/>
    </w:rPr>
    <w:tblP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358EA6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AD9" w:themeFill="accent6" w:themeFillTint="33"/>
      </w:tcPr>
    </w:tblStylePr>
  </w:style>
  <w:style w:type="table" w:styleId="aff0">
    <w:name w:val="Colorful Grid"/>
    <w:uiPriority w:val="73"/>
    <w:basedOn w:val="a3"/>
    <w:pPr>
      <w:spacing w:after="0" w:line="240" w:lineRule="auto"/>
    </w:pPr>
    <w:rPr>
      <w:color w:val="000000"/>
    </w:rPr>
    <w:tblPr>
      <w:tblBorders>
        <w:insideH w:val="single" w:sz="4" w:space="0" w:color="FFFFFF" w:themeColor="lt1"/>
      </w:tblBorders>
      <w:tblStyleColBandSize w:val="1"/>
      <w:tblStyleRowBandSize w:val="1"/>
    </w:tblPr>
    <w:tcPr>
      <w:shd w:val="clear" w:color="auto" w:fill="CBCBCB" w:themeFill="dk1" w:themeFillTint="33"/>
    </w:tcPr>
    <w:tblStylePr w:type="firstRow">
      <w:rPr>
        <w:b/>
        <w:bCs/>
      </w:rPr>
      <w:tblPr/>
      <w:tcPr>
        <w:shd w:val="clear" w:color="auto" w:fill="989898" w:themeFill="dk1" w:themeFillTint="66"/>
      </w:tcPr>
    </w:tblStylePr>
    <w:tblStylePr w:type="lastRow">
      <w:rPr>
        <w:b/>
        <w:bCs/>
        <w:color w:val="000000"/>
      </w:rPr>
      <w:tblPr/>
      <w:tcPr>
        <w:shd w:val="clear" w:color="auto" w:fill="989898" w:themeFill="dk1" w:themeFillTint="66"/>
      </w:tcPr>
    </w:tblStylePr>
    <w:tblStylePr w:type="firstCol">
      <w:rPr>
        <w:color w:val="FFFFFF"/>
      </w:rPr>
      <w:tblPr/>
      <w:tcPr>
        <w:shd w:val="clear" w:color="auto" w:fill="000000" w:themeFill="dk1" w:themeFillShade="bf"/>
      </w:tcPr>
    </w:tblStylePr>
    <w:tblStylePr w:type="lastCol">
      <w:rPr>
        <w:color w:val="FFFFFF"/>
      </w:rPr>
      <w:tblPr/>
      <w:tcPr>
        <w:shd w:val="clear" w:color="auto" w:fill="000000" w:themeFill="dk1" w:themeFillShade="bf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-15">
    <w:name w:val="Colorful Grid Accent 1"/>
    <w:uiPriority w:val="73"/>
    <w:basedOn w:val="a3"/>
    <w:pPr>
      <w:spacing w:after="0" w:line="240" w:lineRule="auto"/>
    </w:pPr>
    <w:rPr>
      <w:color w:val="000000"/>
    </w:rPr>
    <w:tblPr>
      <w:tblBorders>
        <w:insideH w:val="single" w:sz="4" w:space="0" w:color="FFFFFF" w:themeColor="lt1"/>
      </w:tblBorders>
      <w:tblStyleColBandSize w:val="1"/>
      <w:tblStyleRowBandSize w:val="1"/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76092" w:themeFill="accent1" w:themeFillShade="bf"/>
      </w:tcPr>
    </w:tblStylePr>
    <w:tblStylePr w:type="lastCol">
      <w:rPr>
        <w:color w:val="FFFFFF"/>
      </w:rPr>
      <w:tblPr/>
      <w:tcPr>
        <w:shd w:val="clear" w:color="auto" w:fill="376092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-25">
    <w:name w:val="Colorful Grid Accent 2"/>
    <w:uiPriority w:val="73"/>
    <w:basedOn w:val="a3"/>
    <w:pPr>
      <w:spacing w:after="0" w:line="240" w:lineRule="auto"/>
    </w:pPr>
    <w:rPr>
      <w:color w:val="000000"/>
    </w:rPr>
    <w:tblPr>
      <w:tblBorders>
        <w:insideH w:val="single" w:sz="4" w:space="0" w:color="FFFFFF" w:themeColor="lt1"/>
      </w:tblBorders>
      <w:tblStyleColBandSize w:val="1"/>
      <w:tblStyleRowBandSize w:val="1"/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9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9B7" w:themeFill="accent2" w:themeFillTint="66"/>
      </w:tcPr>
    </w:tblStylePr>
    <w:tblStylePr w:type="firstCol">
      <w:rPr>
        <w:color w:val="FFFFFF"/>
      </w:rPr>
      <w:tblPr/>
      <w:tcPr>
        <w:shd w:val="clear" w:color="auto" w:fill="953735" w:themeFill="accent2" w:themeFillShade="bf"/>
      </w:tcPr>
    </w:tblStylePr>
    <w:tblStylePr w:type="lastCol">
      <w:rPr>
        <w:color w:val="FFFFFF"/>
      </w:rPr>
      <w:tblPr/>
      <w:tcPr>
        <w:shd w:val="clear" w:color="auto" w:fill="953735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uiPriority w:val="73"/>
    <w:basedOn w:val="a3"/>
    <w:pPr>
      <w:spacing w:after="0" w:line="240" w:lineRule="auto"/>
    </w:pPr>
    <w:rPr>
      <w:color w:val="000000"/>
    </w:rPr>
    <w:tblPr>
      <w:tblBorders>
        <w:insideH w:val="single" w:sz="4" w:space="0" w:color="FFFFFF" w:themeColor="lt1"/>
      </w:tblBorders>
      <w:tblStyleColBandSize w:val="1"/>
      <w:tblStyleRowBandSize w:val="1"/>
    </w:tblPr>
    <w:tcPr>
      <w:shd w:val="clear" w:color="auto" w:fill="EBF1DD" w:themeFill="accent3" w:themeFillTint="33"/>
    </w:tcPr>
    <w:tblStylePr w:type="firstRow">
      <w:rPr>
        <w:b/>
        <w:bCs/>
      </w:rPr>
      <w:tblPr/>
      <w:tcPr>
        <w:shd w:val="clear" w:color="auto" w:fill="D7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7E3BC" w:themeFill="accent3" w:themeFillTint="66"/>
      </w:tcPr>
    </w:tblStylePr>
    <w:tblStylePr w:type="firstCol">
      <w:rPr>
        <w:color w:val="FFFFFF"/>
      </w:rPr>
      <w:tblPr/>
      <w:tcPr>
        <w:shd w:val="clear" w:color="auto" w:fill="76933C" w:themeFill="accent3" w:themeFillShade="bf"/>
      </w:tcPr>
    </w:tblStylePr>
    <w:tblStylePr w:type="lastCol">
      <w:rPr>
        <w:color w:val="FFFFFF"/>
      </w:rPr>
      <w:tblPr/>
      <w:tcPr>
        <w:shd w:val="clear" w:color="auto" w:fill="7693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uiPriority w:val="73"/>
    <w:basedOn w:val="a3"/>
    <w:pPr>
      <w:spacing w:after="0" w:line="240" w:lineRule="auto"/>
    </w:pPr>
    <w:rPr>
      <w:color w:val="000000"/>
    </w:rPr>
    <w:tblPr>
      <w:tblBorders>
        <w:insideH w:val="single" w:sz="4" w:space="0" w:color="FFFFFF" w:themeColor="lt1"/>
      </w:tblBorders>
      <w:tblStyleColBandSize w:val="1"/>
      <w:tblStyleRowBandSize w:val="1"/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1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1D9" w:themeFill="accent4" w:themeFillTint="66"/>
      </w:tcPr>
    </w:tblStylePr>
    <w:tblStylePr w:type="firstCol">
      <w:rPr>
        <w:color w:val="FFFFFF"/>
      </w:rPr>
      <w:tblPr/>
      <w:tcPr>
        <w:shd w:val="clear" w:color="auto" w:fill="604A7B" w:themeFill="accent4" w:themeFillShade="bf"/>
      </w:tcPr>
    </w:tblStylePr>
    <w:tblStylePr w:type="lastCol">
      <w:rPr>
        <w:color w:val="FFFFFF"/>
      </w:rPr>
      <w:tblPr/>
      <w:tcPr>
        <w:shd w:val="clear" w:color="auto" w:fill="604A7B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uiPriority w:val="73"/>
    <w:basedOn w:val="a3"/>
    <w:pPr>
      <w:spacing w:after="0" w:line="240" w:lineRule="auto"/>
    </w:pPr>
    <w:rPr>
      <w:color w:val="000000"/>
    </w:rPr>
    <w:tblPr>
      <w:tblBorders>
        <w:insideH w:val="single" w:sz="4" w:space="0" w:color="FFFFFF" w:themeColor="lt1"/>
      </w:tblBorders>
      <w:tblStyleColBandSize w:val="1"/>
      <w:tblStyleRowBandSize w:val="1"/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7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7DDE8" w:themeFill="accent5" w:themeFillTint="66"/>
      </w:tcPr>
    </w:tblStylePr>
    <w:tblStylePr w:type="firstCol">
      <w:rPr>
        <w:color w:val="FFFFFF"/>
      </w:rPr>
      <w:tblPr/>
      <w:tcPr>
        <w:shd w:val="clear" w:color="auto" w:fill="31859B" w:themeFill="accent5" w:themeFillShade="bf"/>
      </w:tcPr>
    </w:tblStylePr>
    <w:tblStylePr w:type="lastCol">
      <w:rPr>
        <w:color w:val="FFFFFF"/>
      </w:rPr>
      <w:tblPr/>
      <w:tcPr>
        <w:shd w:val="clear" w:color="auto" w:fill="3185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uiPriority w:val="73"/>
    <w:basedOn w:val="a3"/>
    <w:pPr>
      <w:spacing w:after="0" w:line="240" w:lineRule="auto"/>
    </w:pPr>
    <w:rPr>
      <w:color w:val="000000"/>
    </w:rPr>
    <w:tblPr>
      <w:tblBorders>
        <w:insideH w:val="single" w:sz="4" w:space="0" w:color="FFFFFF" w:themeColor="lt1"/>
      </w:tblBorders>
      <w:tblStyleColBandSize w:val="1"/>
      <w:tblStyleRowBandSize w:val="1"/>
    </w:tblPr>
    <w:tcPr>
      <w:shd w:val="clear" w:color="auto" w:fill="FDEAD9" w:themeFill="accent6" w:themeFillTint="33"/>
    </w:tcPr>
    <w:tblStylePr w:type="firstRow">
      <w:rPr>
        <w:b/>
        <w:bCs/>
      </w:rPr>
      <w:tblPr/>
      <w:tcPr>
        <w:shd w:val="clear" w:color="auto" w:fill="FBD5B5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5B5" w:themeFill="accent6" w:themeFillTint="66"/>
      </w:tcPr>
    </w:tblStylePr>
    <w:tblStylePr w:type="firstCol">
      <w:rPr>
        <w:color w:val="FFFFFF"/>
      </w:rPr>
      <w:tblPr/>
      <w:tcPr>
        <w:shd w:val="clear" w:color="auto" w:fill="E46C0A" w:themeFill="accent6" w:themeFillShade="bf"/>
      </w:tcPr>
    </w:tblStylePr>
    <w:tblStylePr w:type="lastCol">
      <w:rPr>
        <w:color w:val="FFFFFF"/>
      </w:rPr>
      <w:tblPr/>
      <w:tcPr>
        <w:shd w:val="clear" w:color="auto" w:fill="E4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MS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1</cp:revision>
  <dcterms:created xsi:type="dcterms:W3CDTF">2025-11-17T11:51:00Z</dcterms:created>
  <dcterms:modified xsi:type="dcterms:W3CDTF">2025-12-15T12:29:51Z</dcterms:modified>
  <cp:version>1100.0100.01</cp:version>
</cp:coreProperties>
</file>